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b w:val="0"/>
          <w:sz w:val="24"/>
        </w:rPr>
        <w:t>A</w:t>
      </w:r>
    </w:p>
    <w:p>
      <w:pPr>
        <w:spacing w:after="120"/>
        <w:jc w:val="center"/>
      </w:pPr>
      <w:r>
        <w:rPr>
          <w:b/>
          <w:sz w:val="32"/>
        </w:rPr>
        <w:t>PROJECT REPORT</w:t>
      </w:r>
    </w:p>
    <w:p>
      <w:pPr>
        <w:spacing w:after="120"/>
        <w:jc w:val="center"/>
      </w:pPr>
      <w:r>
        <w:rPr>
          <w:b w:val="0"/>
          <w:sz w:val="24"/>
        </w:rPr>
        <w:t>on</w:t>
      </w:r>
    </w:p>
    <w:p>
      <w:pPr>
        <w:spacing w:after="280"/>
        <w:jc w:val="center"/>
      </w:pPr>
      <w:r>
        <w:rPr>
          <w:b/>
          <w:sz w:val="32"/>
        </w:rPr>
        <w:t>“TITLE OF THE PROJECT / NAME OF THE INDUSTRY”</w:t>
      </w:r>
    </w:p>
    <w:p>
      <w:pPr>
        <w:spacing w:after="120"/>
        <w:jc w:val="center"/>
      </w:pPr>
      <w:r>
        <w:rPr>
          <w:b w:val="0"/>
          <w:sz w:val="24"/>
        </w:rPr>
        <w:t>Submitted in partial fulfilment of the requirements for the award of</w:t>
      </w:r>
    </w:p>
    <w:p>
      <w:pPr>
        <w:spacing w:after="120"/>
        <w:jc w:val="center"/>
      </w:pPr>
      <w:r>
        <w:rPr>
          <w:b w:val="0"/>
          <w:sz w:val="24"/>
        </w:rPr>
        <w:t>Diploma / Bachelor of Engineering in ____________________</w:t>
      </w:r>
    </w:p>
    <w:p>
      <w:pPr>
        <w:spacing w:after="120"/>
        <w:jc w:val="center"/>
      </w:pPr>
      <w:r>
        <w:rPr>
          <w:b w:val="0"/>
          <w:sz w:val="24"/>
        </w:rPr>
      </w:r>
    </w:p>
    <w:p>
      <w:pPr>
        <w:spacing w:after="120"/>
        <w:jc w:val="center"/>
      </w:pPr>
      <w:r>
        <w:rPr>
          <w:b w:val="0"/>
          <w:sz w:val="24"/>
        </w:rPr>
        <w:t>Submitted by</w:t>
      </w:r>
    </w:p>
    <w:p>
      <w:pPr>
        <w:spacing w:after="120"/>
        <w:jc w:val="center"/>
      </w:pPr>
      <w:r>
        <w:rPr>
          <w:b w:val="0"/>
          <w:sz w:val="24"/>
        </w:rPr>
        <w:t>Student 1 (Roll No.)</w:t>
      </w:r>
    </w:p>
    <w:p>
      <w:pPr>
        <w:spacing w:after="120"/>
        <w:jc w:val="center"/>
      </w:pPr>
      <w:r>
        <w:rPr>
          <w:b w:val="0"/>
          <w:sz w:val="24"/>
        </w:rPr>
        <w:t>Student 2 (Roll No.)</w:t>
      </w:r>
    </w:p>
    <w:p>
      <w:pPr>
        <w:spacing w:after="120"/>
        <w:jc w:val="center"/>
      </w:pPr>
      <w:r>
        <w:rPr>
          <w:b w:val="0"/>
          <w:sz w:val="24"/>
        </w:rPr>
        <w:t>Student 3 (Roll No.)</w:t>
      </w:r>
    </w:p>
    <w:p>
      <w:pPr>
        <w:spacing w:after="120"/>
        <w:jc w:val="center"/>
      </w:pPr>
      <w:r>
        <w:rPr>
          <w:b w:val="0"/>
          <w:sz w:val="24"/>
        </w:rPr>
        <w:t>Student 4 (Roll No.)</w:t>
      </w:r>
    </w:p>
    <w:p>
      <w:pPr>
        <w:spacing w:after="120"/>
        <w:jc w:val="center"/>
      </w:pPr>
      <w:r>
        <w:rPr>
          <w:b w:val="0"/>
          <w:sz w:val="24"/>
        </w:rPr>
      </w:r>
    </w:p>
    <w:p>
      <w:pPr>
        <w:spacing w:after="120"/>
        <w:jc w:val="center"/>
      </w:pPr>
      <w:r>
        <w:rPr>
          <w:b w:val="0"/>
          <w:sz w:val="24"/>
        </w:rPr>
        <w:t>Under the guidance of</w:t>
      </w:r>
    </w:p>
    <w:p>
      <w:pPr>
        <w:spacing w:after="120"/>
        <w:jc w:val="center"/>
      </w:pPr>
      <w:r>
        <w:rPr>
          <w:b w:val="0"/>
          <w:sz w:val="24"/>
        </w:rPr>
        <w:t>Prof. ____________________</w:t>
      </w:r>
    </w:p>
    <w:p>
      <w:pPr>
        <w:spacing w:after="280"/>
        <w:jc w:val="center"/>
      </w:pPr>
      <w:r>
        <w:rPr>
          <w:b w:val="0"/>
          <w:sz w:val="22"/>
        </w:rPr>
        <w:t>[Institute logo]</w:t>
      </w:r>
    </w:p>
    <w:p>
      <w:pPr>
        <w:spacing w:after="120"/>
        <w:jc w:val="center"/>
      </w:pPr>
      <w:r>
        <w:rPr>
          <w:b/>
          <w:sz w:val="26"/>
        </w:rPr>
        <w:t>DEPARTMENT OF ____________________</w:t>
      </w:r>
    </w:p>
    <w:p>
      <w:pPr>
        <w:spacing w:after="120"/>
        <w:jc w:val="center"/>
      </w:pPr>
      <w:r>
        <w:rPr>
          <w:b/>
          <w:sz w:val="26"/>
        </w:rPr>
        <w:t>NAME OF THE INSTITUTE, CITY</w:t>
      </w:r>
    </w:p>
    <w:p>
      <w:pPr>
        <w:spacing w:after="120"/>
        <w:jc w:val="center"/>
      </w:pPr>
      <w:r>
        <w:rPr>
          <w:b w:val="0"/>
          <w:sz w:val="24"/>
        </w:rPr>
        <w:t>Academic Year 20__ – 20__</w:t>
      </w:r>
    </w:p>
    <w:p>
      <w:r>
        <w:br w:type="page"/>
      </w:r>
    </w:p>
    <w:p>
      <w:pPr>
        <w:spacing w:after="280"/>
        <w:jc w:val="center"/>
      </w:pPr>
      <w:r>
        <w:rPr>
          <w:b/>
          <w:sz w:val="32"/>
        </w:rPr>
        <w:t>CERTIFICATE</w:t>
      </w:r>
    </w:p>
    <w:p>
      <w:r>
        <w:t>This is to certify that the project report entitled “______________________” submitted by ______________________ is a bonafide work carried out by them under my supervision and guidance, in partial fulfilment of the requirements for the award of ____________________ of ____________________ University / Board during the academic year 20__ – 20__.</w:t>
      </w:r>
    </w:p>
    <w:p/>
    <w:tbl>
      <w:tblPr>
        <w:tblStyle w:val="TableGrid"/>
        <w:tblW w:type="auto" w:w="0"/>
        <w:tblLook w:firstColumn="1" w:firstRow="1" w:lastColumn="0" w:lastRow="0" w:noHBand="0" w:noVBand="1" w:val="04A0"/>
      </w:tblPr>
      <w:tblGrid>
        <w:gridCol w:w="2770"/>
        <w:gridCol w:w="2770"/>
        <w:gridCol w:w="2770"/>
      </w:tblGrid>
      <w:tr>
        <w:tc>
          <w:tcPr>
            <w:tcW w:type="dxa" w:w="2770"/>
          </w:tcPr>
          <w:p>
            <w:r/>
            <w:r>
              <w:rPr>
                <w:b/>
                <w:sz w:val="22"/>
              </w:rPr>
              <w:t>Guide / Mentor</w:t>
            </w:r>
          </w:p>
        </w:tc>
        <w:tc>
          <w:tcPr>
            <w:tcW w:type="dxa" w:w="2770"/>
          </w:tcPr>
          <w:p>
            <w:r/>
            <w:r>
              <w:rPr>
                <w:b/>
                <w:sz w:val="22"/>
              </w:rPr>
              <w:t>Head of Department</w:t>
            </w:r>
          </w:p>
        </w:tc>
        <w:tc>
          <w:tcPr>
            <w:tcW w:type="dxa" w:w="2770"/>
          </w:tcPr>
          <w:p>
            <w:r/>
            <w:r>
              <w:rPr>
                <w:b/>
                <w:sz w:val="22"/>
              </w:rPr>
              <w:t>Principal</w:t>
            </w:r>
          </w:p>
        </w:tc>
      </w:tr>
      <w:tr>
        <w:tc>
          <w:tcPr>
            <w:tcW w:type="dxa" w:w="2770"/>
          </w:tcPr>
          <w:p>
            <w:r>
              <w:rPr>
                <w:sz w:val="22"/>
              </w:rPr>
              <w:br/>
              <w:br/>
              <w:t>Name and signature</w:t>
            </w:r>
          </w:p>
        </w:tc>
        <w:tc>
          <w:tcPr>
            <w:tcW w:type="dxa" w:w="2770"/>
          </w:tcPr>
          <w:p>
            <w:r>
              <w:rPr>
                <w:sz w:val="22"/>
              </w:rPr>
              <w:br/>
              <w:br/>
              <w:t>Name and signature</w:t>
            </w:r>
          </w:p>
        </w:tc>
        <w:tc>
          <w:tcPr>
            <w:tcW w:type="dxa" w:w="2770"/>
          </w:tcPr>
          <w:p>
            <w:r>
              <w:rPr>
                <w:sz w:val="22"/>
              </w:rPr>
              <w:br/>
              <w:br/>
              <w:t>Name and signature</w:t>
            </w:r>
          </w:p>
        </w:tc>
      </w:tr>
    </w:tbl>
    <w:p/>
    <w:p>
      <w:r>
        <w:t>Place: ____________        Date: ____________</w:t>
      </w:r>
    </w:p>
    <w:p>
      <w:r>
        <w:br w:type="page"/>
      </w:r>
    </w:p>
    <w:p>
      <w:pPr>
        <w:pStyle w:val="Heading1"/>
      </w:pPr>
      <w:r>
        <w:t>DECLARATION</w:t>
      </w:r>
    </w:p>
    <w:p>
      <w:r>
        <w:t>We declare that this written submission represents our own ideas in our own words and where others' ideas or words have been included, we have adequately cited and referenced the original sources.</w:t>
      </w:r>
    </w:p>
    <w:p>
      <w:r>
        <w:br w:type="page"/>
      </w:r>
    </w:p>
    <w:p>
      <w:pPr>
        <w:pStyle w:val="Heading1"/>
      </w:pPr>
      <w:r>
        <w:t>ACKNOWLEDGEMENT</w:t>
      </w:r>
    </w:p>
    <w:p>
      <w:r>
        <w:rPr>
          <w:i/>
          <w:color w:val="5B6980"/>
          <w:sz w:val="21"/>
        </w:rPr>
        <w:t>[Thank your guide, head of department, principal, industry supervisor, family and teammates. Keep it to one page.]</w:t>
      </w:r>
    </w:p>
    <w:p>
      <w:r>
        <w:br w:type="page"/>
      </w:r>
    </w:p>
    <w:p>
      <w:pPr>
        <w:pStyle w:val="Heading1"/>
      </w:pPr>
      <w:r>
        <w:t>ABSTRACT</w:t>
      </w:r>
    </w:p>
    <w:p>
      <w:r>
        <w:rPr>
          <w:i/>
          <w:color w:val="5B6980"/>
          <w:sz w:val="21"/>
        </w:rPr>
        <w:t>[150 to 250 words: the problem, what you built or studied, the method, and the main result. Write this last.]</w:t>
      </w:r>
    </w:p>
    <w:p>
      <w:r>
        <w:br w:type="page"/>
      </w:r>
    </w:p>
    <w:p>
      <w:pPr>
        <w:pStyle w:val="Heading1"/>
      </w:pPr>
      <w:r>
        <w:t>INDEX</w:t>
      </w:r>
    </w:p>
    <w:tbl>
      <w:tblPr>
        <w:tblStyle w:val="TableGrid"/>
        <w:tblW w:type="auto" w:w="0"/>
        <w:tblLook w:firstColumn="1" w:firstRow="1" w:lastColumn="0" w:lastRow="0" w:noHBand="0" w:noVBand="1" w:val="04A0"/>
      </w:tblPr>
      <w:tblGrid>
        <w:gridCol w:w="2770"/>
        <w:gridCol w:w="2770"/>
        <w:gridCol w:w="2770"/>
      </w:tblGrid>
      <w:tr>
        <w:tc>
          <w:tcPr>
            <w:tcW w:type="dxa" w:w="1296"/>
          </w:tcPr>
          <w:p>
            <w:r/>
            <w:r>
              <w:rPr>
                <w:b/>
                <w:sz w:val="22"/>
              </w:rPr>
              <w:t>Chapter</w:t>
            </w:r>
          </w:p>
        </w:tc>
        <w:tc>
          <w:tcPr>
            <w:tcW w:type="dxa" w:w="5760"/>
          </w:tcPr>
          <w:p>
            <w:r/>
            <w:r>
              <w:rPr>
                <w:b/>
                <w:sz w:val="22"/>
              </w:rPr>
              <w:t>Title</w:t>
            </w:r>
          </w:p>
        </w:tc>
        <w:tc>
          <w:tcPr>
            <w:tcW w:type="dxa" w:w="1296"/>
          </w:tcPr>
          <w:p>
            <w:r/>
            <w:r>
              <w:rPr>
                <w:b/>
                <w:sz w:val="22"/>
              </w:rPr>
              <w:t>Page</w:t>
            </w:r>
          </w:p>
        </w:tc>
      </w:tr>
      <w:tr>
        <w:tc>
          <w:tcPr>
            <w:tcW w:type="dxa" w:w="1296"/>
          </w:tcPr>
          <w:p>
            <w:r>
              <w:rPr>
                <w:sz w:val="22"/>
              </w:rPr>
              <w:t>1</w:t>
            </w:r>
          </w:p>
        </w:tc>
        <w:tc>
          <w:tcPr>
            <w:tcW w:type="dxa" w:w="5760"/>
          </w:tcPr>
          <w:p>
            <w:r>
              <w:rPr>
                <w:sz w:val="22"/>
              </w:rPr>
              <w:t>Introduction</w:t>
            </w:r>
          </w:p>
        </w:tc>
        <w:tc>
          <w:tcPr>
            <w:tcW w:type="dxa" w:w="1296"/>
          </w:tcPr>
          <w:p>
            <w:r>
              <w:rPr>
                <w:sz w:val="22"/>
              </w:rPr>
            </w:r>
          </w:p>
        </w:tc>
      </w:tr>
      <w:tr>
        <w:tc>
          <w:tcPr>
            <w:tcW w:type="dxa" w:w="1296"/>
          </w:tcPr>
          <w:p>
            <w:r>
              <w:rPr>
                <w:sz w:val="22"/>
              </w:rPr>
              <w:t>2</w:t>
            </w:r>
          </w:p>
        </w:tc>
        <w:tc>
          <w:tcPr>
            <w:tcW w:type="dxa" w:w="5760"/>
          </w:tcPr>
          <w:p>
            <w:r>
              <w:rPr>
                <w:sz w:val="22"/>
              </w:rPr>
              <w:t>Literature survey</w:t>
            </w:r>
          </w:p>
        </w:tc>
        <w:tc>
          <w:tcPr>
            <w:tcW w:type="dxa" w:w="1296"/>
          </w:tcPr>
          <w:p>
            <w:r>
              <w:rPr>
                <w:sz w:val="22"/>
              </w:rPr>
            </w:r>
          </w:p>
        </w:tc>
      </w:tr>
      <w:tr>
        <w:tc>
          <w:tcPr>
            <w:tcW w:type="dxa" w:w="1296"/>
          </w:tcPr>
          <w:p>
            <w:r>
              <w:rPr>
                <w:sz w:val="22"/>
              </w:rPr>
              <w:t>3</w:t>
            </w:r>
          </w:p>
        </w:tc>
        <w:tc>
          <w:tcPr>
            <w:tcW w:type="dxa" w:w="5760"/>
          </w:tcPr>
          <w:p>
            <w:r>
              <w:rPr>
                <w:sz w:val="22"/>
              </w:rPr>
              <w:t>Requirement analysis</w:t>
            </w:r>
          </w:p>
        </w:tc>
        <w:tc>
          <w:tcPr>
            <w:tcW w:type="dxa" w:w="1296"/>
          </w:tcPr>
          <w:p>
            <w:r>
              <w:rPr>
                <w:sz w:val="22"/>
              </w:rPr>
            </w:r>
          </w:p>
        </w:tc>
      </w:tr>
      <w:tr>
        <w:tc>
          <w:tcPr>
            <w:tcW w:type="dxa" w:w="1296"/>
          </w:tcPr>
          <w:p>
            <w:r>
              <w:rPr>
                <w:sz w:val="22"/>
              </w:rPr>
              <w:t>4</w:t>
            </w:r>
          </w:p>
        </w:tc>
        <w:tc>
          <w:tcPr>
            <w:tcW w:type="dxa" w:w="5760"/>
          </w:tcPr>
          <w:p>
            <w:r>
              <w:rPr>
                <w:sz w:val="22"/>
              </w:rPr>
              <w:t>System design</w:t>
            </w:r>
          </w:p>
        </w:tc>
        <w:tc>
          <w:tcPr>
            <w:tcW w:type="dxa" w:w="1296"/>
          </w:tcPr>
          <w:p>
            <w:r>
              <w:rPr>
                <w:sz w:val="22"/>
              </w:rPr>
            </w:r>
          </w:p>
        </w:tc>
      </w:tr>
      <w:tr>
        <w:tc>
          <w:tcPr>
            <w:tcW w:type="dxa" w:w="1296"/>
          </w:tcPr>
          <w:p>
            <w:r>
              <w:rPr>
                <w:sz w:val="22"/>
              </w:rPr>
              <w:t>5</w:t>
            </w:r>
          </w:p>
        </w:tc>
        <w:tc>
          <w:tcPr>
            <w:tcW w:type="dxa" w:w="5760"/>
          </w:tcPr>
          <w:p>
            <w:r>
              <w:rPr>
                <w:sz w:val="22"/>
              </w:rPr>
              <w:t>Implementation</w:t>
            </w:r>
          </w:p>
        </w:tc>
        <w:tc>
          <w:tcPr>
            <w:tcW w:type="dxa" w:w="1296"/>
          </w:tcPr>
          <w:p>
            <w:r>
              <w:rPr>
                <w:sz w:val="22"/>
              </w:rPr>
            </w:r>
          </w:p>
        </w:tc>
      </w:tr>
      <w:tr>
        <w:tc>
          <w:tcPr>
            <w:tcW w:type="dxa" w:w="1296"/>
          </w:tcPr>
          <w:p>
            <w:r>
              <w:rPr>
                <w:sz w:val="22"/>
              </w:rPr>
              <w:t>6</w:t>
            </w:r>
          </w:p>
        </w:tc>
        <w:tc>
          <w:tcPr>
            <w:tcW w:type="dxa" w:w="5760"/>
          </w:tcPr>
          <w:p>
            <w:r>
              <w:rPr>
                <w:sz w:val="22"/>
              </w:rPr>
              <w:t>Testing</w:t>
            </w:r>
          </w:p>
        </w:tc>
        <w:tc>
          <w:tcPr>
            <w:tcW w:type="dxa" w:w="1296"/>
          </w:tcPr>
          <w:p>
            <w:r>
              <w:rPr>
                <w:sz w:val="22"/>
              </w:rPr>
            </w:r>
          </w:p>
        </w:tc>
      </w:tr>
      <w:tr>
        <w:tc>
          <w:tcPr>
            <w:tcW w:type="dxa" w:w="1296"/>
          </w:tcPr>
          <w:p>
            <w:r>
              <w:rPr>
                <w:sz w:val="22"/>
              </w:rPr>
              <w:t>7</w:t>
            </w:r>
          </w:p>
        </w:tc>
        <w:tc>
          <w:tcPr>
            <w:tcW w:type="dxa" w:w="5760"/>
          </w:tcPr>
          <w:p>
            <w:r>
              <w:rPr>
                <w:sz w:val="22"/>
              </w:rPr>
              <w:t>Results and discussion</w:t>
            </w:r>
          </w:p>
        </w:tc>
        <w:tc>
          <w:tcPr>
            <w:tcW w:type="dxa" w:w="1296"/>
          </w:tcPr>
          <w:p>
            <w:r>
              <w:rPr>
                <w:sz w:val="22"/>
              </w:rPr>
            </w:r>
          </w:p>
        </w:tc>
      </w:tr>
      <w:tr>
        <w:tc>
          <w:tcPr>
            <w:tcW w:type="dxa" w:w="1296"/>
          </w:tcPr>
          <w:p>
            <w:r>
              <w:rPr>
                <w:sz w:val="22"/>
              </w:rPr>
              <w:t>8</w:t>
            </w:r>
          </w:p>
        </w:tc>
        <w:tc>
          <w:tcPr>
            <w:tcW w:type="dxa" w:w="5760"/>
          </w:tcPr>
          <w:p>
            <w:r>
              <w:rPr>
                <w:sz w:val="22"/>
              </w:rPr>
              <w:t>Conclusion and future scope</w:t>
            </w:r>
          </w:p>
        </w:tc>
        <w:tc>
          <w:tcPr>
            <w:tcW w:type="dxa" w:w="1296"/>
          </w:tcPr>
          <w:p>
            <w:r>
              <w:rPr>
                <w:sz w:val="22"/>
              </w:rPr>
            </w:r>
          </w:p>
        </w:tc>
      </w:tr>
      <w:tr>
        <w:tc>
          <w:tcPr>
            <w:tcW w:type="dxa" w:w="1296"/>
          </w:tcPr>
          <w:p>
            <w:r>
              <w:rPr>
                <w:sz w:val="22"/>
              </w:rPr>
              <w:t>–</w:t>
            </w:r>
          </w:p>
        </w:tc>
        <w:tc>
          <w:tcPr>
            <w:tcW w:type="dxa" w:w="5760"/>
          </w:tcPr>
          <w:p>
            <w:r>
              <w:rPr>
                <w:sz w:val="22"/>
              </w:rPr>
              <w:t>References</w:t>
            </w:r>
          </w:p>
        </w:tc>
        <w:tc>
          <w:tcPr>
            <w:tcW w:type="dxa" w:w="1296"/>
          </w:tcPr>
          <w:p>
            <w:r>
              <w:rPr>
                <w:sz w:val="22"/>
              </w:rPr>
            </w:r>
          </w:p>
        </w:tc>
      </w:tr>
      <w:tr>
        <w:tc>
          <w:tcPr>
            <w:tcW w:type="dxa" w:w="1296"/>
          </w:tcPr>
          <w:p>
            <w:r>
              <w:rPr>
                <w:sz w:val="22"/>
              </w:rPr>
              <w:t>–</w:t>
            </w:r>
          </w:p>
        </w:tc>
        <w:tc>
          <w:tcPr>
            <w:tcW w:type="dxa" w:w="5760"/>
          </w:tcPr>
          <w:p>
            <w:r>
              <w:rPr>
                <w:sz w:val="22"/>
              </w:rPr>
              <w:t>Appendices</w:t>
            </w:r>
          </w:p>
        </w:tc>
        <w:tc>
          <w:tcPr>
            <w:tcW w:type="dxa" w:w="1296"/>
          </w:tcPr>
          <w:p>
            <w:r>
              <w:rPr>
                <w:sz w:val="22"/>
              </w:rPr>
            </w:r>
          </w:p>
        </w:tc>
      </w:tr>
    </w:tbl>
    <w:p/>
    <w:p>
      <w:pPr>
        <w:pStyle w:val="Heading2"/>
      </w:pPr>
      <w:r>
        <w:t>LIST OF FIGURES</w:t>
      </w:r>
    </w:p>
    <w:tbl>
      <w:tblPr>
        <w:tblStyle w:val="TableGrid"/>
        <w:tblW w:type="auto" w:w="0"/>
        <w:tblLook w:firstColumn="1" w:firstRow="1" w:lastColumn="0" w:lastRow="0" w:noHBand="0" w:noVBand="1" w:val="04A0"/>
      </w:tblPr>
      <w:tblGrid>
        <w:gridCol w:w="2770"/>
        <w:gridCol w:w="2770"/>
        <w:gridCol w:w="2770"/>
      </w:tblGrid>
      <w:tr>
        <w:tc>
          <w:tcPr>
            <w:tcW w:type="dxa" w:w="1296"/>
          </w:tcPr>
          <w:p>
            <w:r/>
            <w:r>
              <w:rPr>
                <w:b/>
                <w:sz w:val="22"/>
              </w:rPr>
              <w:t>Fig. No.</w:t>
            </w:r>
          </w:p>
        </w:tc>
        <w:tc>
          <w:tcPr>
            <w:tcW w:type="dxa" w:w="5760"/>
          </w:tcPr>
          <w:p>
            <w:r/>
            <w:r>
              <w:rPr>
                <w:b/>
                <w:sz w:val="22"/>
              </w:rPr>
              <w:t>Title</w:t>
            </w:r>
          </w:p>
        </w:tc>
        <w:tc>
          <w:tcPr>
            <w:tcW w:type="dxa" w:w="1296"/>
          </w:tcPr>
          <w:p>
            <w:r/>
            <w:r>
              <w:rPr>
                <w:b/>
                <w:sz w:val="22"/>
              </w:rPr>
              <w:t>Page</w:t>
            </w:r>
          </w:p>
        </w:tc>
      </w:tr>
      <w:tr>
        <w:tc>
          <w:tcPr>
            <w:tcW w:type="dxa" w:w="1296"/>
          </w:tcPr>
          <w:p>
            <w:r>
              <w:rPr>
                <w:sz w:val="22"/>
              </w:rPr>
              <w:t>1.1</w:t>
            </w:r>
          </w:p>
        </w:tc>
        <w:tc>
          <w:tcPr>
            <w:tcW w:type="dxa" w:w="5760"/>
          </w:tcPr>
          <w:p>
            <w:r>
              <w:rPr>
                <w:sz w:val="22"/>
              </w:rPr>
            </w:r>
          </w:p>
        </w:tc>
        <w:tc>
          <w:tcPr>
            <w:tcW w:type="dxa" w:w="1296"/>
          </w:tcPr>
          <w:p>
            <w:r>
              <w:rPr>
                <w:sz w:val="22"/>
              </w:rPr>
            </w:r>
          </w:p>
        </w:tc>
      </w:tr>
      <w:tr>
        <w:tc>
          <w:tcPr>
            <w:tcW w:type="dxa" w:w="1296"/>
          </w:tcPr>
          <w:p>
            <w:r>
              <w:rPr>
                <w:sz w:val="22"/>
              </w:rPr>
              <w:t>4.1</w:t>
            </w:r>
          </w:p>
        </w:tc>
        <w:tc>
          <w:tcPr>
            <w:tcW w:type="dxa" w:w="5760"/>
          </w:tcPr>
          <w:p>
            <w:r>
              <w:rPr>
                <w:sz w:val="22"/>
              </w:rPr>
            </w:r>
          </w:p>
        </w:tc>
        <w:tc>
          <w:tcPr>
            <w:tcW w:type="dxa" w:w="1296"/>
          </w:tcPr>
          <w:p>
            <w:r>
              <w:rPr>
                <w:sz w:val="22"/>
              </w:rPr>
            </w:r>
          </w:p>
        </w:tc>
      </w:tr>
    </w:tbl>
    <w:p/>
    <w:p>
      <w:pPr>
        <w:pStyle w:val="Heading2"/>
      </w:pPr>
      <w:r>
        <w:t>LIST OF TABLES</w:t>
      </w:r>
    </w:p>
    <w:tbl>
      <w:tblPr>
        <w:tblStyle w:val="TableGrid"/>
        <w:tblW w:type="auto" w:w="0"/>
        <w:tblLook w:firstColumn="1" w:firstRow="1" w:lastColumn="0" w:lastRow="0" w:noHBand="0" w:noVBand="1" w:val="04A0"/>
      </w:tblPr>
      <w:tblGrid>
        <w:gridCol w:w="2770"/>
        <w:gridCol w:w="2770"/>
        <w:gridCol w:w="2770"/>
      </w:tblGrid>
      <w:tr>
        <w:tc>
          <w:tcPr>
            <w:tcW w:type="dxa" w:w="1296"/>
          </w:tcPr>
          <w:p>
            <w:r/>
            <w:r>
              <w:rPr>
                <w:b/>
                <w:sz w:val="22"/>
              </w:rPr>
              <w:t>Table No.</w:t>
            </w:r>
          </w:p>
        </w:tc>
        <w:tc>
          <w:tcPr>
            <w:tcW w:type="dxa" w:w="5760"/>
          </w:tcPr>
          <w:p>
            <w:r/>
            <w:r>
              <w:rPr>
                <w:b/>
                <w:sz w:val="22"/>
              </w:rPr>
              <w:t>Title</w:t>
            </w:r>
          </w:p>
        </w:tc>
        <w:tc>
          <w:tcPr>
            <w:tcW w:type="dxa" w:w="1296"/>
          </w:tcPr>
          <w:p>
            <w:r/>
            <w:r>
              <w:rPr>
                <w:b/>
                <w:sz w:val="22"/>
              </w:rPr>
              <w:t>Page</w:t>
            </w:r>
          </w:p>
        </w:tc>
      </w:tr>
      <w:tr>
        <w:tc>
          <w:tcPr>
            <w:tcW w:type="dxa" w:w="1296"/>
          </w:tcPr>
          <w:p>
            <w:r>
              <w:rPr>
                <w:sz w:val="22"/>
              </w:rPr>
              <w:t>2.1</w:t>
            </w:r>
          </w:p>
        </w:tc>
        <w:tc>
          <w:tcPr>
            <w:tcW w:type="dxa" w:w="5760"/>
          </w:tcPr>
          <w:p>
            <w:r>
              <w:rPr>
                <w:sz w:val="22"/>
              </w:rPr>
            </w:r>
          </w:p>
        </w:tc>
        <w:tc>
          <w:tcPr>
            <w:tcW w:type="dxa" w:w="1296"/>
          </w:tcPr>
          <w:p>
            <w:r>
              <w:rPr>
                <w:sz w:val="22"/>
              </w:rPr>
            </w:r>
          </w:p>
        </w:tc>
      </w:tr>
      <w:tr>
        <w:tc>
          <w:tcPr>
            <w:tcW w:type="dxa" w:w="1296"/>
          </w:tcPr>
          <w:p>
            <w:r>
              <w:rPr>
                <w:sz w:val="22"/>
              </w:rPr>
              <w:t>6.1</w:t>
            </w:r>
          </w:p>
        </w:tc>
        <w:tc>
          <w:tcPr>
            <w:tcW w:type="dxa" w:w="5760"/>
          </w:tcPr>
          <w:p>
            <w:r>
              <w:rPr>
                <w:sz w:val="22"/>
              </w:rPr>
            </w:r>
          </w:p>
        </w:tc>
        <w:tc>
          <w:tcPr>
            <w:tcW w:type="dxa" w:w="1296"/>
          </w:tcPr>
          <w:p>
            <w:r>
              <w:rPr>
                <w:sz w:val="22"/>
              </w:rPr>
            </w:r>
          </w:p>
        </w:tc>
      </w:tr>
    </w:tbl>
    <w:p/>
    <w:p>
      <w:r>
        <w:br w:type="page"/>
      </w:r>
    </w:p>
    <w:p>
      <w:pPr>
        <w:pStyle w:val="Heading1"/>
        <w:jc w:val="center"/>
      </w:pPr>
      <w:r>
        <w:t>CHAPTER 1</w:t>
      </w:r>
    </w:p>
    <w:p>
      <w:pPr>
        <w:pStyle w:val="Heading1"/>
        <w:jc w:val="center"/>
      </w:pPr>
      <w:r>
        <w:t>INTRODUCTION</w:t>
      </w:r>
    </w:p>
    <w:p>
      <w:pPr>
        <w:pStyle w:val="Heading2"/>
      </w:pPr>
      <w:r>
        <w:t>1.1 Background</w:t>
      </w:r>
    </w:p>
    <w:p>
      <w:r>
        <w:t>Write here.</w:t>
      </w:r>
    </w:p>
    <w:p>
      <w:pPr>
        <w:pStyle w:val="Heading2"/>
      </w:pPr>
      <w:r>
        <w:t>1.2 Problem statement</w:t>
      </w:r>
    </w:p>
    <w:p>
      <w:r>
        <w:t>Write here.</w:t>
      </w:r>
    </w:p>
    <w:p>
      <w:pPr>
        <w:pStyle w:val="Heading2"/>
      </w:pPr>
      <w:r>
        <w:t>1.3 Objectives</w:t>
      </w:r>
    </w:p>
    <w:p>
      <w:r>
        <w:t>Write here.</w:t>
      </w:r>
    </w:p>
    <w:p>
      <w:pPr>
        <w:pStyle w:val="Heading2"/>
      </w:pPr>
      <w:r>
        <w:t>1.4 Scope and limitations</w:t>
      </w:r>
    </w:p>
    <w:p>
      <w:r>
        <w:t>Write here.</w:t>
      </w:r>
    </w:p>
    <w:p>
      <w:pPr>
        <w:pStyle w:val="Heading2"/>
      </w:pPr>
      <w:r>
        <w:t>1.5 Organisation of the report</w:t>
      </w:r>
    </w:p>
    <w:p>
      <w:r>
        <w:t>Write here.</w:t>
      </w:r>
    </w:p>
    <w:p>
      <w:r>
        <w:br w:type="page"/>
      </w:r>
    </w:p>
    <w:p>
      <w:pPr>
        <w:pStyle w:val="Heading1"/>
        <w:jc w:val="center"/>
      </w:pPr>
      <w:r>
        <w:t>CHAPTER 2</w:t>
      </w:r>
    </w:p>
    <w:p>
      <w:pPr>
        <w:pStyle w:val="Heading1"/>
        <w:jc w:val="center"/>
      </w:pPr>
      <w:r>
        <w:t>LITERATURE SURVEY</w:t>
      </w:r>
    </w:p>
    <w:p>
      <w:pPr>
        <w:pStyle w:val="Heading2"/>
      </w:pPr>
      <w:r>
        <w:t>2.1 Existing systems / related work</w:t>
      </w:r>
    </w:p>
    <w:p>
      <w:r>
        <w:t>Write here.</w:t>
      </w:r>
    </w:p>
    <w:p>
      <w:pPr>
        <w:pStyle w:val="Heading2"/>
      </w:pPr>
      <w:r>
        <w:t>2.2 Comparison table</w:t>
      </w:r>
    </w:p>
    <w:p>
      <w:r>
        <w:t>Write here.</w:t>
      </w:r>
    </w:p>
    <w:p>
      <w:pPr>
        <w:pStyle w:val="Heading2"/>
      </w:pPr>
      <w:r>
        <w:t>2.3 Gap identified</w:t>
      </w:r>
    </w:p>
    <w:p>
      <w:r>
        <w:t>Write here.</w:t>
      </w:r>
    </w:p>
    <w:tbl>
      <w:tblPr>
        <w:tblStyle w:val="TableGrid"/>
        <w:tblW w:type="auto" w:w="0"/>
        <w:tblLook w:firstColumn="1" w:firstRow="1" w:lastColumn="0" w:lastRow="0" w:noHBand="0" w:noVBand="1" w:val="04A0"/>
      </w:tblPr>
      <w:tblGrid>
        <w:gridCol w:w="2077"/>
        <w:gridCol w:w="2077"/>
        <w:gridCol w:w="2077"/>
        <w:gridCol w:w="2077"/>
      </w:tblGrid>
      <w:tr>
        <w:tc>
          <w:tcPr>
            <w:tcW w:type="dxa" w:w="720"/>
          </w:tcPr>
          <w:p>
            <w:r/>
            <w:r>
              <w:rPr>
                <w:b/>
                <w:sz w:val="22"/>
              </w:rPr>
              <w:t>Sr.</w:t>
            </w:r>
          </w:p>
        </w:tc>
        <w:tc>
          <w:tcPr>
            <w:tcW w:type="dxa" w:w="2880"/>
          </w:tcPr>
          <w:p>
            <w:r/>
            <w:r>
              <w:rPr>
                <w:b/>
                <w:sz w:val="22"/>
              </w:rPr>
              <w:t>Paper / system</w:t>
            </w:r>
          </w:p>
        </w:tc>
        <w:tc>
          <w:tcPr>
            <w:tcW w:type="dxa" w:w="2304"/>
          </w:tcPr>
          <w:p>
            <w:r/>
            <w:r>
              <w:rPr>
                <w:b/>
                <w:sz w:val="22"/>
              </w:rPr>
              <w:t>Method</w:t>
            </w:r>
          </w:p>
        </w:tc>
        <w:tc>
          <w:tcPr>
            <w:tcW w:type="dxa" w:w="2448"/>
          </w:tcPr>
          <w:p>
            <w:r/>
            <w:r>
              <w:rPr>
                <w:b/>
                <w:sz w:val="22"/>
              </w:rPr>
              <w:t>Limitation</w:t>
            </w:r>
          </w:p>
        </w:tc>
      </w:tr>
      <w:tr>
        <w:tc>
          <w:tcPr>
            <w:tcW w:type="dxa" w:w="720"/>
          </w:tcPr>
          <w:p>
            <w:r>
              <w:rPr>
                <w:sz w:val="22"/>
              </w:rPr>
              <w:t>1</w:t>
            </w:r>
          </w:p>
        </w:tc>
        <w:tc>
          <w:tcPr>
            <w:tcW w:type="dxa" w:w="2880"/>
          </w:tcPr>
          <w:p>
            <w:r>
              <w:rPr>
                <w:sz w:val="22"/>
              </w:rPr>
            </w:r>
          </w:p>
        </w:tc>
        <w:tc>
          <w:tcPr>
            <w:tcW w:type="dxa" w:w="2304"/>
          </w:tcPr>
          <w:p>
            <w:r>
              <w:rPr>
                <w:sz w:val="22"/>
              </w:rPr>
            </w:r>
          </w:p>
        </w:tc>
        <w:tc>
          <w:tcPr>
            <w:tcW w:type="dxa" w:w="2448"/>
          </w:tcPr>
          <w:p>
            <w:r>
              <w:rPr>
                <w:sz w:val="22"/>
              </w:rPr>
            </w:r>
          </w:p>
        </w:tc>
      </w:tr>
      <w:tr>
        <w:tc>
          <w:tcPr>
            <w:tcW w:type="dxa" w:w="720"/>
          </w:tcPr>
          <w:p>
            <w:r>
              <w:rPr>
                <w:sz w:val="22"/>
              </w:rPr>
              <w:t>2</w:t>
            </w:r>
          </w:p>
        </w:tc>
        <w:tc>
          <w:tcPr>
            <w:tcW w:type="dxa" w:w="2880"/>
          </w:tcPr>
          <w:p>
            <w:r>
              <w:rPr>
                <w:sz w:val="22"/>
              </w:rPr>
            </w:r>
          </w:p>
        </w:tc>
        <w:tc>
          <w:tcPr>
            <w:tcW w:type="dxa" w:w="2304"/>
          </w:tcPr>
          <w:p>
            <w:r>
              <w:rPr>
                <w:sz w:val="22"/>
              </w:rPr>
            </w:r>
          </w:p>
        </w:tc>
        <w:tc>
          <w:tcPr>
            <w:tcW w:type="dxa" w:w="2448"/>
          </w:tcPr>
          <w:p>
            <w:r>
              <w:rPr>
                <w:sz w:val="22"/>
              </w:rPr>
            </w:r>
          </w:p>
        </w:tc>
      </w:tr>
    </w:tbl>
    <w:p/>
    <w:p>
      <w:r>
        <w:br w:type="page"/>
      </w:r>
    </w:p>
    <w:p>
      <w:pPr>
        <w:pStyle w:val="Heading1"/>
        <w:jc w:val="center"/>
      </w:pPr>
      <w:r>
        <w:t>CHAPTER 3</w:t>
      </w:r>
    </w:p>
    <w:p>
      <w:pPr>
        <w:pStyle w:val="Heading1"/>
        <w:jc w:val="center"/>
      </w:pPr>
      <w:r>
        <w:t>REQUIREMENT ANALYSIS</w:t>
      </w:r>
    </w:p>
    <w:p>
      <w:pPr>
        <w:pStyle w:val="Heading2"/>
      </w:pPr>
      <w:r>
        <w:t>3.1 Functional requirements</w:t>
      </w:r>
    </w:p>
    <w:p>
      <w:r>
        <w:t>Write here.</w:t>
      </w:r>
    </w:p>
    <w:p>
      <w:pPr>
        <w:pStyle w:val="Heading2"/>
      </w:pPr>
      <w:r>
        <w:t>3.2 Non-functional requirements</w:t>
      </w:r>
    </w:p>
    <w:p>
      <w:r>
        <w:t>Write here.</w:t>
      </w:r>
    </w:p>
    <w:p>
      <w:pPr>
        <w:pStyle w:val="Heading2"/>
      </w:pPr>
      <w:r>
        <w:t>3.3 Hardware and software requirements</w:t>
      </w:r>
    </w:p>
    <w:p>
      <w:r>
        <w:t>Write here.</w:t>
      </w:r>
    </w:p>
    <w:p>
      <w:pPr>
        <w:pStyle w:val="Heading2"/>
      </w:pPr>
      <w:r>
        <w:t>3.4 Feasibility study</w:t>
      </w:r>
    </w:p>
    <w:p>
      <w:r>
        <w:t>Write here.</w:t>
      </w:r>
    </w:p>
    <w:p>
      <w:r>
        <w:br w:type="page"/>
      </w:r>
    </w:p>
    <w:p>
      <w:pPr>
        <w:pStyle w:val="Heading1"/>
        <w:jc w:val="center"/>
      </w:pPr>
      <w:r>
        <w:t>CHAPTER 4</w:t>
      </w:r>
    </w:p>
    <w:p>
      <w:pPr>
        <w:pStyle w:val="Heading1"/>
        <w:jc w:val="center"/>
      </w:pPr>
      <w:r>
        <w:t>SYSTEM DESIGN</w:t>
      </w:r>
    </w:p>
    <w:p>
      <w:pPr>
        <w:pStyle w:val="Heading2"/>
      </w:pPr>
      <w:r>
        <w:t>4.1 System architecture / block diagram</w:t>
      </w:r>
    </w:p>
    <w:p>
      <w:r>
        <w:t>Write here.</w:t>
      </w:r>
    </w:p>
    <w:p>
      <w:pPr>
        <w:pStyle w:val="Heading2"/>
      </w:pPr>
      <w:r>
        <w:t>4.2 Data flow diagrams</w:t>
      </w:r>
    </w:p>
    <w:p>
      <w:r>
        <w:t>Write here.</w:t>
      </w:r>
    </w:p>
    <w:p>
      <w:pPr>
        <w:pStyle w:val="Heading2"/>
      </w:pPr>
      <w:r>
        <w:t>4.3 ER diagram / database design</w:t>
      </w:r>
    </w:p>
    <w:p>
      <w:r>
        <w:t>Write here.</w:t>
      </w:r>
    </w:p>
    <w:p>
      <w:pPr>
        <w:pStyle w:val="Heading2"/>
      </w:pPr>
      <w:r>
        <w:t>4.4 UML diagrams or circuit diagram</w:t>
      </w:r>
    </w:p>
    <w:p>
      <w:r>
        <w:t>Write here.</w:t>
      </w:r>
    </w:p>
    <w:p>
      <w:r>
        <w:br w:type="page"/>
      </w:r>
    </w:p>
    <w:p>
      <w:pPr>
        <w:pStyle w:val="Heading1"/>
        <w:jc w:val="center"/>
      </w:pPr>
      <w:r>
        <w:t>CHAPTER 5</w:t>
      </w:r>
    </w:p>
    <w:p>
      <w:pPr>
        <w:pStyle w:val="Heading1"/>
        <w:jc w:val="center"/>
      </w:pPr>
      <w:r>
        <w:t>IMPLEMENTATION</w:t>
      </w:r>
    </w:p>
    <w:p>
      <w:pPr>
        <w:pStyle w:val="Heading2"/>
      </w:pPr>
      <w:r>
        <w:t>5.1 Technology used</w:t>
      </w:r>
    </w:p>
    <w:p>
      <w:r>
        <w:t>Write here.</w:t>
      </w:r>
    </w:p>
    <w:p>
      <w:pPr>
        <w:pStyle w:val="Heading2"/>
      </w:pPr>
      <w:r>
        <w:t>5.2 Module-wise description</w:t>
      </w:r>
    </w:p>
    <w:p>
      <w:r>
        <w:t>Write here.</w:t>
      </w:r>
    </w:p>
    <w:p>
      <w:pPr>
        <w:pStyle w:val="Heading2"/>
      </w:pPr>
      <w:r>
        <w:t>5.3 Important algorithms</w:t>
      </w:r>
    </w:p>
    <w:p>
      <w:r>
        <w:t>Write here.</w:t>
      </w:r>
    </w:p>
    <w:p>
      <w:pPr>
        <w:pStyle w:val="Heading2"/>
      </w:pPr>
      <w:r>
        <w:t>5.4 Screenshots or model photographs</w:t>
      </w:r>
    </w:p>
    <w:p>
      <w:r>
        <w:t>Write here.</w:t>
      </w:r>
    </w:p>
    <w:p>
      <w:r>
        <w:br w:type="page"/>
      </w:r>
    </w:p>
    <w:p>
      <w:pPr>
        <w:pStyle w:val="Heading1"/>
        <w:jc w:val="center"/>
      </w:pPr>
      <w:r>
        <w:t>CHAPTER 6</w:t>
      </w:r>
    </w:p>
    <w:p>
      <w:pPr>
        <w:pStyle w:val="Heading1"/>
        <w:jc w:val="center"/>
      </w:pPr>
      <w:r>
        <w:t>TESTING</w:t>
      </w:r>
    </w:p>
    <w:p>
      <w:pPr>
        <w:pStyle w:val="Heading2"/>
      </w:pPr>
      <w:r>
        <w:t>6.1 Test plan</w:t>
      </w:r>
    </w:p>
    <w:p>
      <w:r>
        <w:t>Write here.</w:t>
      </w:r>
    </w:p>
    <w:p>
      <w:pPr>
        <w:pStyle w:val="Heading2"/>
      </w:pPr>
      <w:r>
        <w:t>6.2 Test cases</w:t>
      </w:r>
    </w:p>
    <w:p>
      <w:r>
        <w:t>Write here.</w:t>
      </w:r>
    </w:p>
    <w:p>
      <w:pPr>
        <w:pStyle w:val="Heading2"/>
      </w:pPr>
      <w:r>
        <w:t>6.3 Defects found and fixed</w:t>
      </w:r>
    </w:p>
    <w:p>
      <w:r>
        <w:t>Write here.</w:t>
      </w:r>
    </w:p>
    <w:tbl>
      <w:tblPr>
        <w:tblStyle w:val="TableGrid"/>
        <w:tblW w:type="auto" w:w="0"/>
        <w:tblLook w:firstColumn="1" w:firstRow="1" w:lastColumn="0" w:lastRow="0" w:noHBand="0" w:noVBand="1" w:val="04A0"/>
      </w:tblPr>
      <w:tblGrid>
        <w:gridCol w:w="1385"/>
        <w:gridCol w:w="1385"/>
        <w:gridCol w:w="1385"/>
        <w:gridCol w:w="1385"/>
        <w:gridCol w:w="1385"/>
        <w:gridCol w:w="1385"/>
      </w:tblGrid>
      <w:tr>
        <w:tc>
          <w:tcPr>
            <w:tcW w:type="dxa" w:w="864"/>
          </w:tcPr>
          <w:p>
            <w:r/>
            <w:r>
              <w:rPr>
                <w:b/>
                <w:sz w:val="22"/>
              </w:rPr>
              <w:t>ID</w:t>
            </w:r>
          </w:p>
        </w:tc>
        <w:tc>
          <w:tcPr>
            <w:tcW w:type="dxa" w:w="2016"/>
          </w:tcPr>
          <w:p>
            <w:r/>
            <w:r>
              <w:rPr>
                <w:b/>
                <w:sz w:val="22"/>
              </w:rPr>
              <w:t>Test case</w:t>
            </w:r>
          </w:p>
        </w:tc>
        <w:tc>
          <w:tcPr>
            <w:tcW w:type="dxa" w:w="1440"/>
          </w:tcPr>
          <w:p>
            <w:r/>
            <w:r>
              <w:rPr>
                <w:b/>
                <w:sz w:val="22"/>
              </w:rPr>
              <w:t>Input</w:t>
            </w:r>
          </w:p>
        </w:tc>
        <w:tc>
          <w:tcPr>
            <w:tcW w:type="dxa" w:w="1728"/>
          </w:tcPr>
          <w:p>
            <w:r/>
            <w:r>
              <w:rPr>
                <w:b/>
                <w:sz w:val="22"/>
              </w:rPr>
              <w:t>Expected result</w:t>
            </w:r>
          </w:p>
        </w:tc>
        <w:tc>
          <w:tcPr>
            <w:tcW w:type="dxa" w:w="1584"/>
          </w:tcPr>
          <w:p>
            <w:r/>
            <w:r>
              <w:rPr>
                <w:b/>
                <w:sz w:val="22"/>
              </w:rPr>
              <w:t>Actual result</w:t>
            </w:r>
          </w:p>
        </w:tc>
        <w:tc>
          <w:tcPr>
            <w:tcW w:type="dxa" w:w="864"/>
          </w:tcPr>
          <w:p>
            <w:r/>
            <w:r>
              <w:rPr>
                <w:b/>
                <w:sz w:val="22"/>
              </w:rPr>
              <w:t>Status</w:t>
            </w:r>
          </w:p>
        </w:tc>
      </w:tr>
      <w:tr>
        <w:tc>
          <w:tcPr>
            <w:tcW w:type="dxa" w:w="864"/>
          </w:tcPr>
          <w:p>
            <w:r>
              <w:rPr>
                <w:sz w:val="22"/>
              </w:rPr>
              <w:t>TC01</w:t>
            </w:r>
          </w:p>
        </w:tc>
        <w:tc>
          <w:tcPr>
            <w:tcW w:type="dxa" w:w="2016"/>
          </w:tcPr>
          <w:p>
            <w:r>
              <w:rPr>
                <w:sz w:val="22"/>
              </w:rPr>
            </w:r>
          </w:p>
        </w:tc>
        <w:tc>
          <w:tcPr>
            <w:tcW w:type="dxa" w:w="1440"/>
          </w:tcPr>
          <w:p>
            <w:r>
              <w:rPr>
                <w:sz w:val="22"/>
              </w:rPr>
            </w:r>
          </w:p>
        </w:tc>
        <w:tc>
          <w:tcPr>
            <w:tcW w:type="dxa" w:w="1728"/>
          </w:tcPr>
          <w:p>
            <w:r>
              <w:rPr>
                <w:sz w:val="22"/>
              </w:rPr>
            </w:r>
          </w:p>
        </w:tc>
        <w:tc>
          <w:tcPr>
            <w:tcW w:type="dxa" w:w="1584"/>
          </w:tcPr>
          <w:p>
            <w:r>
              <w:rPr>
                <w:sz w:val="22"/>
              </w:rPr>
            </w:r>
          </w:p>
        </w:tc>
        <w:tc>
          <w:tcPr>
            <w:tcW w:type="dxa" w:w="864"/>
          </w:tcPr>
          <w:p>
            <w:r>
              <w:rPr>
                <w:sz w:val="22"/>
              </w:rPr>
              <w:t>Pass</w:t>
            </w:r>
          </w:p>
        </w:tc>
      </w:tr>
      <w:tr>
        <w:tc>
          <w:tcPr>
            <w:tcW w:type="dxa" w:w="864"/>
          </w:tcPr>
          <w:p>
            <w:r>
              <w:rPr>
                <w:sz w:val="22"/>
              </w:rPr>
              <w:t>TC02</w:t>
            </w:r>
          </w:p>
        </w:tc>
        <w:tc>
          <w:tcPr>
            <w:tcW w:type="dxa" w:w="2016"/>
          </w:tcPr>
          <w:p>
            <w:r>
              <w:rPr>
                <w:sz w:val="22"/>
              </w:rPr>
            </w:r>
          </w:p>
        </w:tc>
        <w:tc>
          <w:tcPr>
            <w:tcW w:type="dxa" w:w="1440"/>
          </w:tcPr>
          <w:p>
            <w:r>
              <w:rPr>
                <w:sz w:val="22"/>
              </w:rPr>
            </w:r>
          </w:p>
        </w:tc>
        <w:tc>
          <w:tcPr>
            <w:tcW w:type="dxa" w:w="1728"/>
          </w:tcPr>
          <w:p>
            <w:r>
              <w:rPr>
                <w:sz w:val="22"/>
              </w:rPr>
            </w:r>
          </w:p>
        </w:tc>
        <w:tc>
          <w:tcPr>
            <w:tcW w:type="dxa" w:w="1584"/>
          </w:tcPr>
          <w:p>
            <w:r>
              <w:rPr>
                <w:sz w:val="22"/>
              </w:rPr>
            </w:r>
          </w:p>
        </w:tc>
        <w:tc>
          <w:tcPr>
            <w:tcW w:type="dxa" w:w="864"/>
          </w:tcPr>
          <w:p>
            <w:r>
              <w:rPr>
                <w:sz w:val="22"/>
              </w:rPr>
            </w:r>
          </w:p>
        </w:tc>
      </w:tr>
    </w:tbl>
    <w:p/>
    <w:p>
      <w:r>
        <w:br w:type="page"/>
      </w:r>
    </w:p>
    <w:p>
      <w:pPr>
        <w:pStyle w:val="Heading1"/>
        <w:jc w:val="center"/>
      </w:pPr>
      <w:r>
        <w:t>CHAPTER 7</w:t>
      </w:r>
    </w:p>
    <w:p>
      <w:pPr>
        <w:pStyle w:val="Heading1"/>
        <w:jc w:val="center"/>
      </w:pPr>
      <w:r>
        <w:t>RESULTS AND DISCUSSION</w:t>
      </w:r>
    </w:p>
    <w:p>
      <w:pPr>
        <w:pStyle w:val="Heading2"/>
      </w:pPr>
      <w:r>
        <w:t>7.1 Outputs</w:t>
      </w:r>
    </w:p>
    <w:p>
      <w:r>
        <w:t>Write here.</w:t>
      </w:r>
    </w:p>
    <w:p>
      <w:pPr>
        <w:pStyle w:val="Heading2"/>
      </w:pPr>
      <w:r>
        <w:t>7.2 Performance and comparison with objectives</w:t>
      </w:r>
    </w:p>
    <w:p>
      <w:r>
        <w:t>Write here.</w:t>
      </w:r>
    </w:p>
    <w:p>
      <w:r>
        <w:br w:type="page"/>
      </w:r>
    </w:p>
    <w:p>
      <w:pPr>
        <w:pStyle w:val="Heading1"/>
        <w:jc w:val="center"/>
      </w:pPr>
      <w:r>
        <w:t>CHAPTER 8</w:t>
      </w:r>
    </w:p>
    <w:p>
      <w:pPr>
        <w:pStyle w:val="Heading1"/>
        <w:jc w:val="center"/>
      </w:pPr>
      <w:r>
        <w:t>CONCLUSION AND FUTURE SCOPE</w:t>
      </w:r>
    </w:p>
    <w:p>
      <w:pPr>
        <w:pStyle w:val="Heading2"/>
      </w:pPr>
      <w:r>
        <w:t>8.1 Conclusion</w:t>
      </w:r>
    </w:p>
    <w:p>
      <w:r>
        <w:t>Write here.</w:t>
      </w:r>
    </w:p>
    <w:p>
      <w:pPr>
        <w:pStyle w:val="Heading2"/>
      </w:pPr>
      <w:r>
        <w:t>8.2 Limitations</w:t>
      </w:r>
    </w:p>
    <w:p>
      <w:r>
        <w:t>Write here.</w:t>
      </w:r>
    </w:p>
    <w:p>
      <w:pPr>
        <w:pStyle w:val="Heading2"/>
      </w:pPr>
      <w:r>
        <w:t>8.3 Future scope</w:t>
      </w:r>
    </w:p>
    <w:p>
      <w:r>
        <w:t>Write here.</w:t>
      </w:r>
    </w:p>
    <w:p>
      <w:r>
        <w:br w:type="page"/>
      </w:r>
    </w:p>
    <w:p>
      <w:pPr>
        <w:pStyle w:val="Heading1"/>
      </w:pPr>
      <w:r>
        <w:t>REFERENCES</w:t>
      </w:r>
    </w:p>
    <w:p>
      <w:r>
        <w:t>[1] A. Author, “Title of paper,” Journal Name, vol. X, no. Y, pp. 1–10, Year.</w:t>
      </w:r>
    </w:p>
    <w:p>
      <w:r>
        <w:rPr>
          <w:i/>
          <w:color w:val="5B6980"/>
          <w:sz w:val="21"/>
        </w:rPr>
        <w:t>[IEEE style, numbered in the order cited in the text. Use APA only if your department asks for it.]</w:t>
      </w:r>
    </w:p>
    <w:p>
      <w:pPr>
        <w:pStyle w:val="Heading1"/>
      </w:pPr>
      <w:r>
        <w:t>APPENDICES</w:t>
      </w:r>
    </w:p>
    <w:p>
      <w:r>
        <w:rPr>
          <w:i/>
          <w:color w:val="5B6980"/>
          <w:sz w:val="21"/>
        </w:rPr>
        <w:t>[User manual, additional code, datasheets, plagiarism report, paper publication certificate.]</w:t>
      </w:r>
    </w:p>
    <w:p>
      <w:pPr>
        <w:pStyle w:val="Heading2"/>
      </w:pPr>
      <w:r>
        <w:t>FORMATTING CHECKLIST</w:t>
      </w:r>
    </w:p>
    <w:p>
      <w:pPr>
        <w:pStyle w:val="ListBullet"/>
      </w:pPr>
      <w:r>
        <w:t>A4 paper, printed on one side</w:t>
      </w:r>
    </w:p>
    <w:p>
      <w:pPr>
        <w:pStyle w:val="ListBullet"/>
      </w:pPr>
      <w:r>
        <w:t>Times New Roman 12 pt body, 14 pt headings, 16 pt chapter titles</w:t>
      </w:r>
    </w:p>
    <w:p>
      <w:pPr>
        <w:pStyle w:val="ListBullet"/>
      </w:pPr>
      <w:r>
        <w:t>1.5 line spacing, justified text</w:t>
      </w:r>
    </w:p>
    <w:p>
      <w:pPr>
        <w:pStyle w:val="ListBullet"/>
      </w:pPr>
      <w:r>
        <w:t>Left margin 1.5 inch; right, top and bottom 1 inch</w:t>
      </w:r>
    </w:p>
    <w:p>
      <w:pPr>
        <w:pStyle w:val="ListBullet"/>
      </w:pPr>
      <w:r>
        <w:t>Roman page numbers for preliminary pages, numerals from Chapter 1</w:t>
      </w:r>
    </w:p>
    <w:p>
      <w:pPr>
        <w:pStyle w:val="ListBullet"/>
      </w:pPr>
      <w:r>
        <w:t>Figures and tables numbered chapter-wise with captions</w:t>
      </w:r>
    </w:p>
    <w:p>
      <w:pPr>
        <w:pStyle w:val="ListBullet"/>
      </w:pPr>
      <w:r>
        <w:t>Black hard binding with gold embossing unless your college says otherwise</w:t>
      </w:r>
    </w:p>
    <w:sectPr w:rsidR="00FC693F" w:rsidRPr="0006063C" w:rsidSect="00034616">
      <w:footerReference w:type="default" r:id="rId9"/>
      <w:pgSz w:w="11909" w:h="16834"/>
      <w:pgMar w:top="1440" w:right="1440" w:bottom="1440" w:left="21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980"/>
        <w:sz w:val="16"/>
      </w:rPr>
      <w:t>Template from projectbuddyy.in. Replace this footer with page numbers before printing.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