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 w:val="0"/>
          <w:sz w:val="24"/>
        </w:rPr>
        <w:t>A</w:t>
      </w:r>
    </w:p>
    <w:p>
      <w:pPr>
        <w:spacing w:after="120"/>
        <w:jc w:val="center"/>
      </w:pPr>
      <w:r>
        <w:rPr>
          <w:b/>
          <w:sz w:val="32"/>
        </w:rPr>
        <w:t>INDUSTRIAL TRAINING REPORT</w:t>
      </w:r>
    </w:p>
    <w:p>
      <w:pPr>
        <w:spacing w:after="120"/>
        <w:jc w:val="center"/>
      </w:pPr>
      <w:r>
        <w:rPr>
          <w:b w:val="0"/>
          <w:sz w:val="24"/>
        </w:rPr>
        <w:t>on</w:t>
      </w:r>
    </w:p>
    <w:p>
      <w:pPr>
        <w:spacing w:after="280"/>
        <w:jc w:val="center"/>
      </w:pPr>
      <w:r>
        <w:rPr>
          <w:b/>
          <w:sz w:val="32"/>
        </w:rPr>
        <w:t>“TITLE OF THE PROJECT / NAME OF THE INDUSTRY”</w:t>
      </w:r>
    </w:p>
    <w:p>
      <w:pPr>
        <w:spacing w:after="120"/>
        <w:jc w:val="center"/>
      </w:pPr>
      <w:r>
        <w:rPr>
          <w:b w:val="0"/>
          <w:sz w:val="24"/>
        </w:rPr>
        <w:t>Submitted in partial fulfilment of the requirements of</w:t>
      </w:r>
    </w:p>
    <w:p>
      <w:pPr>
        <w:spacing w:after="120"/>
        <w:jc w:val="center"/>
      </w:pPr>
      <w:r>
        <w:rPr>
          <w:b w:val="0"/>
          <w:sz w:val="24"/>
        </w:rPr>
        <w:t>Diploma in ____________________ Engineering</w:t>
      </w:r>
    </w:p>
    <w:p>
      <w:pPr>
        <w:spacing w:after="120"/>
        <w:jc w:val="center"/>
      </w:pPr>
      <w:r>
        <w:rPr>
          <w:b w:val="0"/>
          <w:sz w:val="24"/>
        </w:rPr>
        <w:t>MSBTE K-Scheme · Course: Internship (12 Weeks) · Code 315004</w:t>
      </w:r>
    </w:p>
    <w:p>
      <w:pPr>
        <w:spacing w:after="120"/>
        <w:jc w:val="center"/>
      </w:pPr>
      <w:r>
        <w:rPr>
          <w:b w:val="0"/>
          <w:sz w:val="24"/>
        </w:rPr>
      </w:r>
    </w:p>
    <w:p>
      <w:pPr>
        <w:spacing w:after="120"/>
        <w:jc w:val="center"/>
      </w:pPr>
      <w:r>
        <w:rPr>
          <w:b w:val="0"/>
          <w:sz w:val="24"/>
        </w:rPr>
        <w:t>Submitted by</w:t>
      </w:r>
    </w:p>
    <w:p>
      <w:pPr>
        <w:spacing w:after="120"/>
        <w:jc w:val="center"/>
      </w:pPr>
      <w:r>
        <w:rPr>
          <w:b w:val="0"/>
          <w:sz w:val="24"/>
        </w:rPr>
        <w:t>Student name (Enrolment No. __________)</w:t>
      </w:r>
    </w:p>
    <w:p>
      <w:pPr>
        <w:spacing w:after="120"/>
        <w:jc w:val="center"/>
      </w:pPr>
      <w:r>
        <w:rPr>
          <w:b w:val="0"/>
          <w:sz w:val="24"/>
        </w:rPr>
      </w:r>
    </w:p>
    <w:p>
      <w:pPr>
        <w:spacing w:after="120"/>
        <w:jc w:val="center"/>
      </w:pPr>
      <w:r>
        <w:rPr>
          <w:b w:val="0"/>
          <w:sz w:val="24"/>
        </w:rPr>
        <w:t>Under the guidance of</w:t>
      </w:r>
    </w:p>
    <w:p>
      <w:pPr>
        <w:spacing w:after="120"/>
        <w:jc w:val="center"/>
      </w:pPr>
      <w:r>
        <w:rPr>
          <w:b w:val="0"/>
          <w:sz w:val="24"/>
        </w:rPr>
        <w:t>Name of institute mentor</w:t>
      </w:r>
    </w:p>
    <w:p>
      <w:pPr>
        <w:spacing w:after="120"/>
        <w:jc w:val="center"/>
      </w:pPr>
      <w:r>
        <w:rPr>
          <w:b w:val="0"/>
          <w:sz w:val="24"/>
        </w:rPr>
        <w:t>Training period: __/__/20__ to __/__/20__</w:t>
      </w:r>
    </w:p>
    <w:p>
      <w:pPr>
        <w:spacing w:after="280"/>
        <w:jc w:val="center"/>
      </w:pPr>
      <w:r>
        <w:rPr>
          <w:b w:val="0"/>
          <w:sz w:val="22"/>
        </w:rPr>
        <w:t>[Institute logo]</w:t>
      </w:r>
    </w:p>
    <w:p>
      <w:pPr>
        <w:spacing w:after="120"/>
        <w:jc w:val="center"/>
      </w:pPr>
      <w:r>
        <w:rPr>
          <w:b/>
          <w:sz w:val="26"/>
        </w:rPr>
        <w:t>DEPARTMENT OF ____________________</w:t>
      </w:r>
    </w:p>
    <w:p>
      <w:pPr>
        <w:spacing w:after="120"/>
        <w:jc w:val="center"/>
      </w:pPr>
      <w:r>
        <w:rPr>
          <w:b/>
          <w:sz w:val="26"/>
        </w:rPr>
        <w:t>NAME OF THE INSTITUTE, CITY</w:t>
      </w:r>
    </w:p>
    <w:p>
      <w:pPr>
        <w:spacing w:after="120"/>
        <w:jc w:val="center"/>
      </w:pPr>
      <w:r>
        <w:rPr>
          <w:b w:val="0"/>
          <w:sz w:val="24"/>
        </w:rPr>
        <w:t>Academic Year 20__ – 20__</w:t>
      </w:r>
    </w:p>
    <w:p>
      <w:r>
        <w:br w:type="page"/>
      </w:r>
    </w:p>
    <w:p>
      <w:pPr>
        <w:spacing w:after="280"/>
        <w:jc w:val="center"/>
      </w:pPr>
      <w:r>
        <w:rPr>
          <w:b/>
          <w:sz w:val="32"/>
        </w:rPr>
        <w:t>CERTIFICATE</w:t>
      </w:r>
    </w:p>
    <w:p>
      <w:r>
        <w:t>This is to certify that Mr./Ms. ______________________, Enrolment No. ____________, of Fifth Semester Diploma in ______________ Engineering has satisfactorily completed industrial training at ______________________ from __/__/20__ to __/__/20__ and has submitted this report as prescribed by the Maharashtra State Board of Technical Education for the course Internship (315004).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70"/>
        <w:gridCol w:w="2770"/>
        <w:gridCol w:w="2770"/>
      </w:tblGrid>
      <w:tr>
        <w:tc>
          <w:tcPr>
            <w:tcW w:type="dxa" w:w="2770"/>
          </w:tcPr>
          <w:p>
            <w:r/>
            <w:r>
              <w:rPr>
                <w:b/>
                <w:sz w:val="22"/>
              </w:rPr>
              <w:t>Guide / Mentor</w:t>
            </w:r>
          </w:p>
        </w:tc>
        <w:tc>
          <w:tcPr>
            <w:tcW w:type="dxa" w:w="2770"/>
          </w:tcPr>
          <w:p>
            <w:r/>
            <w:r>
              <w:rPr>
                <w:b/>
                <w:sz w:val="22"/>
              </w:rPr>
              <w:t>Head of Department</w:t>
            </w:r>
          </w:p>
        </w:tc>
        <w:tc>
          <w:tcPr>
            <w:tcW w:type="dxa" w:w="2770"/>
          </w:tcPr>
          <w:p>
            <w:r/>
            <w:r>
              <w:rPr>
                <w:b/>
                <w:sz w:val="22"/>
              </w:rPr>
              <w:t>Principal</w:t>
            </w:r>
          </w:p>
        </w:tc>
      </w:tr>
      <w:tr>
        <w:tc>
          <w:tcPr>
            <w:tcW w:type="dxa" w:w="2770"/>
          </w:tcPr>
          <w:p>
            <w:r>
              <w:rPr>
                <w:sz w:val="22"/>
              </w:rPr>
              <w:br/>
              <w:br/>
              <w:t>Name and signature</w:t>
            </w:r>
          </w:p>
        </w:tc>
        <w:tc>
          <w:tcPr>
            <w:tcW w:type="dxa" w:w="2770"/>
          </w:tcPr>
          <w:p>
            <w:r>
              <w:rPr>
                <w:sz w:val="22"/>
              </w:rPr>
              <w:br/>
              <w:br/>
              <w:t>Name and signature</w:t>
            </w:r>
          </w:p>
        </w:tc>
        <w:tc>
          <w:tcPr>
            <w:tcW w:type="dxa" w:w="2770"/>
          </w:tcPr>
          <w:p>
            <w:r>
              <w:rPr>
                <w:sz w:val="22"/>
              </w:rPr>
              <w:br/>
              <w:br/>
              <w:t>Name and signature</w:t>
            </w:r>
          </w:p>
        </w:tc>
      </w:tr>
    </w:tbl>
    <w:p/>
    <w:p>
      <w:r>
        <w:t>Place: ____________        Date: ____________</w:t>
      </w:r>
    </w:p>
    <w:p>
      <w:r>
        <w:br w:type="page"/>
      </w:r>
    </w:p>
    <w:p>
      <w:pPr>
        <w:pStyle w:val="Heading1"/>
      </w:pPr>
      <w:r>
        <w:t>INDUSTRY CERTIFICATE</w:t>
      </w:r>
    </w:p>
    <w:p>
      <w:r>
        <w:rPr>
          <w:i/>
          <w:color w:val="5B6980"/>
          <w:sz w:val="21"/>
        </w:rPr>
        <w:t>[Attach the completion certificate issued by the company on its letterhead, with dates, signature and stamp.]</w:t>
      </w:r>
    </w:p>
    <w:p>
      <w:r>
        <w:br w:type="page"/>
      </w:r>
    </w:p>
    <w:p>
      <w:pPr>
        <w:pStyle w:val="Heading1"/>
      </w:pPr>
      <w:r>
        <w:t>ACKNOWLEDGEMENT</w:t>
      </w:r>
    </w:p>
    <w:p>
      <w:r>
        <w:rPr>
          <w:i/>
          <w:color w:val="5B6980"/>
          <w:sz w:val="21"/>
        </w:rPr>
        <w:t>[Thank your guide, head of department, principal, industry supervisor, family and teammates. Keep it to one page.]</w:t>
      </w:r>
    </w:p>
    <w:p>
      <w:r>
        <w:br w:type="page"/>
      </w:r>
    </w:p>
    <w:p>
      <w:pPr>
        <w:pStyle w:val="Heading1"/>
      </w:pPr>
      <w:r>
        <w:t>ABSTRACT</w:t>
      </w:r>
    </w:p>
    <w:p>
      <w:r>
        <w:rPr>
          <w:i/>
          <w:color w:val="5B6980"/>
          <w:sz w:val="21"/>
        </w:rPr>
        <w:t>[150 to 250 words: the problem, what you built or studied, the method, and the main result. Write this last.]</w:t>
      </w:r>
    </w:p>
    <w:p>
      <w:r>
        <w:br w:type="page"/>
      </w:r>
    </w:p>
    <w:p>
      <w:pPr>
        <w:pStyle w:val="Heading1"/>
      </w:pPr>
      <w:r>
        <w:t>INDEX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70"/>
        <w:gridCol w:w="2770"/>
        <w:gridCol w:w="2770"/>
      </w:tblGrid>
      <w:tr>
        <w:tc>
          <w:tcPr>
            <w:tcW w:type="dxa" w:w="864"/>
          </w:tcPr>
          <w:p>
            <w:r/>
            <w:r>
              <w:rPr>
                <w:b/>
                <w:sz w:val="22"/>
              </w:rPr>
              <w:t>Sr.</w:t>
            </w:r>
          </w:p>
        </w:tc>
        <w:tc>
          <w:tcPr>
            <w:tcW w:type="dxa" w:w="6048"/>
          </w:tcPr>
          <w:p>
            <w:r/>
            <w:r>
              <w:rPr>
                <w:b/>
                <w:sz w:val="22"/>
              </w:rPr>
              <w:t>Content</w:t>
            </w:r>
          </w:p>
        </w:tc>
        <w:tc>
          <w:tcPr>
            <w:tcW w:type="dxa" w:w="1296"/>
          </w:tcPr>
          <w:p>
            <w:r/>
            <w:r>
              <w:rPr>
                <w:b/>
                <w:sz w:val="22"/>
              </w:rPr>
              <w:t>Page</w:t>
            </w:r>
          </w:p>
        </w:tc>
      </w:tr>
      <w:tr>
        <w:tc>
          <w:tcPr>
            <w:tcW w:type="dxa" w:w="864"/>
          </w:tcPr>
          <w:p>
            <w:r>
              <w:rPr>
                <w:sz w:val="22"/>
              </w:rPr>
              <w:t>–</w:t>
            </w:r>
          </w:p>
        </w:tc>
        <w:tc>
          <w:tcPr>
            <w:tcW w:type="dxa" w:w="6048"/>
          </w:tcPr>
          <w:p>
            <w:r>
              <w:rPr>
                <w:sz w:val="22"/>
              </w:rPr>
              <w:t>Certificates, acknowledgement, abstract</w:t>
            </w:r>
          </w:p>
        </w:tc>
        <w:tc>
          <w:tcPr>
            <w:tcW w:type="dxa" w:w="1296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864"/>
          </w:tcPr>
          <w:p>
            <w:r>
              <w:rPr>
                <w:sz w:val="22"/>
              </w:rPr>
              <w:t>1</w:t>
            </w:r>
          </w:p>
        </w:tc>
        <w:tc>
          <w:tcPr>
            <w:tcW w:type="dxa" w:w="6048"/>
          </w:tcPr>
          <w:p>
            <w:r>
              <w:rPr>
                <w:sz w:val="22"/>
              </w:rPr>
              <w:t>Organisational structure of the industry and general layout</w:t>
            </w:r>
          </w:p>
        </w:tc>
        <w:tc>
          <w:tcPr>
            <w:tcW w:type="dxa" w:w="1296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864"/>
          </w:tcPr>
          <w:p>
            <w:r>
              <w:rPr>
                <w:sz w:val="22"/>
              </w:rPr>
              <w:t>2</w:t>
            </w:r>
          </w:p>
        </w:tc>
        <w:tc>
          <w:tcPr>
            <w:tcW w:type="dxa" w:w="6048"/>
          </w:tcPr>
          <w:p>
            <w:r>
              <w:rPr>
                <w:sz w:val="22"/>
              </w:rPr>
              <w:t>Introduction of the industry</w:t>
            </w:r>
          </w:p>
        </w:tc>
        <w:tc>
          <w:tcPr>
            <w:tcW w:type="dxa" w:w="1296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864"/>
          </w:tcPr>
          <w:p>
            <w:r>
              <w:rPr>
                <w:sz w:val="22"/>
              </w:rPr>
              <w:t>3</w:t>
            </w:r>
          </w:p>
        </w:tc>
        <w:tc>
          <w:tcPr>
            <w:tcW w:type="dxa" w:w="6048"/>
          </w:tcPr>
          <w:p>
            <w:r>
              <w:rPr>
                <w:sz w:val="22"/>
              </w:rPr>
              <w:t>Major equipment, instruments, machines or software</w:t>
            </w:r>
          </w:p>
        </w:tc>
        <w:tc>
          <w:tcPr>
            <w:tcW w:type="dxa" w:w="1296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864"/>
          </w:tcPr>
          <w:p>
            <w:r>
              <w:rPr>
                <w:sz w:val="22"/>
              </w:rPr>
              <w:t>4</w:t>
            </w:r>
          </w:p>
        </w:tc>
        <w:tc>
          <w:tcPr>
            <w:tcW w:type="dxa" w:w="6048"/>
          </w:tcPr>
          <w:p>
            <w:r>
              <w:rPr>
                <w:sz w:val="22"/>
              </w:rPr>
              <w:t>Processes followed</w:t>
            </w:r>
          </w:p>
        </w:tc>
        <w:tc>
          <w:tcPr>
            <w:tcW w:type="dxa" w:w="1296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864"/>
          </w:tcPr>
          <w:p>
            <w:r>
              <w:rPr>
                <w:sz w:val="22"/>
              </w:rPr>
              <w:t>5</w:t>
            </w:r>
          </w:p>
        </w:tc>
        <w:tc>
          <w:tcPr>
            <w:tcW w:type="dxa" w:w="6048"/>
          </w:tcPr>
          <w:p>
            <w:r>
              <w:rPr>
                <w:sz w:val="22"/>
              </w:rPr>
              <w:t>Testing and quality assurance</w:t>
            </w:r>
          </w:p>
        </w:tc>
        <w:tc>
          <w:tcPr>
            <w:tcW w:type="dxa" w:w="1296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864"/>
          </w:tcPr>
          <w:p>
            <w:r>
              <w:rPr>
                <w:sz w:val="22"/>
              </w:rPr>
              <w:t>6</w:t>
            </w:r>
          </w:p>
        </w:tc>
        <w:tc>
          <w:tcPr>
            <w:tcW w:type="dxa" w:w="6048"/>
          </w:tcPr>
          <w:p>
            <w:r>
              <w:rPr>
                <w:sz w:val="22"/>
              </w:rPr>
              <w:t>Safety procedures and safety gear</w:t>
            </w:r>
          </w:p>
        </w:tc>
        <w:tc>
          <w:tcPr>
            <w:tcW w:type="dxa" w:w="1296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864"/>
          </w:tcPr>
          <w:p>
            <w:r>
              <w:rPr>
                <w:sz w:val="22"/>
              </w:rPr>
              <w:t>7</w:t>
            </w:r>
          </w:p>
        </w:tc>
        <w:tc>
          <w:tcPr>
            <w:tcW w:type="dxa" w:w="6048"/>
          </w:tcPr>
          <w:p>
            <w:r>
              <w:rPr>
                <w:sz w:val="22"/>
              </w:rPr>
              <w:t>Particulars of practical experience</w:t>
            </w:r>
          </w:p>
        </w:tc>
        <w:tc>
          <w:tcPr>
            <w:tcW w:type="dxa" w:w="1296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864"/>
          </w:tcPr>
          <w:p>
            <w:r>
              <w:rPr>
                <w:sz w:val="22"/>
              </w:rPr>
              <w:t>8</w:t>
            </w:r>
          </w:p>
        </w:tc>
        <w:tc>
          <w:tcPr>
            <w:tcW w:type="dxa" w:w="6048"/>
          </w:tcPr>
          <w:p>
            <w:r>
              <w:rPr>
                <w:sz w:val="22"/>
              </w:rPr>
              <w:t>Special or challenging experiences</w:t>
            </w:r>
          </w:p>
        </w:tc>
        <w:tc>
          <w:tcPr>
            <w:tcW w:type="dxa" w:w="1296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864"/>
          </w:tcPr>
          <w:p>
            <w:r>
              <w:rPr>
                <w:sz w:val="22"/>
              </w:rPr>
              <w:t>–</w:t>
            </w:r>
          </w:p>
        </w:tc>
        <w:tc>
          <w:tcPr>
            <w:tcW w:type="dxa" w:w="6048"/>
          </w:tcPr>
          <w:p>
            <w:r>
              <w:rPr>
                <w:sz w:val="22"/>
              </w:rPr>
              <w:t>Conclusion</w:t>
            </w:r>
          </w:p>
        </w:tc>
        <w:tc>
          <w:tcPr>
            <w:tcW w:type="dxa" w:w="1296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864"/>
          </w:tcPr>
          <w:p>
            <w:r>
              <w:rPr>
                <w:sz w:val="22"/>
              </w:rPr>
              <w:t>–</w:t>
            </w:r>
          </w:p>
        </w:tc>
        <w:tc>
          <w:tcPr>
            <w:tcW w:type="dxa" w:w="6048"/>
          </w:tcPr>
          <w:p>
            <w:r>
              <w:rPr>
                <w:sz w:val="22"/>
              </w:rPr>
              <w:t>References</w:t>
            </w:r>
          </w:p>
        </w:tc>
        <w:tc>
          <w:tcPr>
            <w:tcW w:type="dxa" w:w="1296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864"/>
          </w:tcPr>
          <w:p>
            <w:r>
              <w:rPr>
                <w:sz w:val="22"/>
              </w:rPr>
              <w:t>–</w:t>
            </w:r>
          </w:p>
        </w:tc>
        <w:tc>
          <w:tcPr>
            <w:tcW w:type="dxa" w:w="6048"/>
          </w:tcPr>
          <w:p>
            <w:r>
              <w:rPr>
                <w:sz w:val="22"/>
              </w:rPr>
              <w:t>Annexures: daily diary, weekly reports, attendance, photographs</w:t>
            </w:r>
          </w:p>
        </w:tc>
        <w:tc>
          <w:tcPr>
            <w:tcW w:type="dxa" w:w="1296"/>
          </w:tcPr>
          <w:p>
            <w:r>
              <w:rPr>
                <w:sz w:val="22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t>CHAPTER 1: ORGANISATIONAL STRUCTURE OF THE INDUSTRY AND GENERAL LAYOUT</w:t>
      </w:r>
    </w:p>
    <w:p>
      <w:r>
        <w:rPr>
          <w:i/>
          <w:color w:val="5B6980"/>
          <w:sz w:val="21"/>
        </w:rPr>
        <w:t>[Departments, reporting structure, plant or office layout. Add an organisation chart.]</w:t>
      </w:r>
    </w:p>
    <w:p>
      <w:r>
        <w:t>Write here.</w:t>
      </w:r>
    </w:p>
    <w:p>
      <w:r>
        <w:br w:type="page"/>
      </w:r>
    </w:p>
    <w:p>
      <w:pPr>
        <w:pStyle w:val="Heading1"/>
      </w:pPr>
      <w:r>
        <w:t>CHAPTER 2: INTRODUCTION OF THE INDUSTRY</w:t>
      </w:r>
    </w:p>
    <w:p>
      <w:r>
        <w:rPr>
          <w:i/>
          <w:color w:val="5B6980"/>
          <w:sz w:val="21"/>
        </w:rPr>
        <w:t>[History, type of products or services, customers, turnover or size, certifications.]</w:t>
      </w:r>
    </w:p>
    <w:p>
      <w:r>
        <w:t>Write here.</w:t>
      </w:r>
    </w:p>
    <w:p>
      <w:r>
        <w:br w:type="page"/>
      </w:r>
    </w:p>
    <w:p>
      <w:pPr>
        <w:pStyle w:val="Heading1"/>
      </w:pPr>
      <w:r>
        <w:t>CHAPTER 3: MAJOR EQUIPMENT, INSTRUMENTS, MACHINES OR SOFTWARE</w:t>
      </w:r>
    </w:p>
    <w:p>
      <w:r>
        <w:rPr>
          <w:i/>
          <w:color w:val="5B6980"/>
          <w:sz w:val="21"/>
        </w:rPr>
        <w:t>[Section-wise list with specifications. For software companies: tools, frameworks, servers.]</w:t>
      </w:r>
    </w:p>
    <w:p>
      <w:r>
        <w:t>Write here.</w:t>
      </w:r>
    </w:p>
    <w:p>
      <w:r>
        <w:br w:type="page"/>
      </w:r>
    </w:p>
    <w:p>
      <w:pPr>
        <w:pStyle w:val="Heading1"/>
      </w:pPr>
      <w:r>
        <w:t>CHAPTER 4: PROCESSES FOLLOWED</w:t>
      </w:r>
    </w:p>
    <w:p>
      <w:r>
        <w:rPr>
          <w:i/>
          <w:color w:val="5B6980"/>
          <w:sz w:val="21"/>
        </w:rPr>
        <w:t>[Manufacturing or development process step by step, planning and control methods. Add a process flow chart.]</w:t>
      </w:r>
    </w:p>
    <w:p>
      <w:r>
        <w:t>Write here.</w:t>
      </w:r>
    </w:p>
    <w:p>
      <w:r>
        <w:br w:type="page"/>
      </w:r>
    </w:p>
    <w:p>
      <w:pPr>
        <w:pStyle w:val="Heading1"/>
      </w:pPr>
      <w:r>
        <w:t>CHAPTER 5: TESTING AND QUALITY ASSURANCE</w:t>
      </w:r>
    </w:p>
    <w:p>
      <w:r>
        <w:rPr>
          <w:i/>
          <w:color w:val="5B6980"/>
          <w:sz w:val="21"/>
        </w:rPr>
        <w:t>[How hardware, software or raw material is tested; standards followed; sample test sheet.]</w:t>
      </w:r>
    </w:p>
    <w:p>
      <w:r>
        <w:t>Write here.</w:t>
      </w:r>
    </w:p>
    <w:p>
      <w:r>
        <w:br w:type="page"/>
      </w:r>
    </w:p>
    <w:p>
      <w:pPr>
        <w:pStyle w:val="Heading1"/>
      </w:pPr>
      <w:r>
        <w:t>CHAPTER 6: SAFETY PROCEDURES AND SAFETY GEAR</w:t>
      </w:r>
    </w:p>
    <w:p>
      <w:r>
        <w:rPr>
          <w:i/>
          <w:color w:val="5B6980"/>
          <w:sz w:val="21"/>
        </w:rPr>
        <w:t>[Rules, signage, protective equipment, emergency procedures you observed.]</w:t>
      </w:r>
    </w:p>
    <w:p>
      <w:r>
        <w:t>Write here.</w:t>
      </w:r>
    </w:p>
    <w:p>
      <w:r>
        <w:br w:type="page"/>
      </w:r>
    </w:p>
    <w:p>
      <w:pPr>
        <w:pStyle w:val="Heading1"/>
      </w:pPr>
      <w:r>
        <w:t>CHAPTER 7: PARTICULARS OF PRACTICAL EXPERIENCE</w:t>
      </w:r>
    </w:p>
    <w:p>
      <w:r>
        <w:rPr>
          <w:i/>
          <w:color w:val="5B6980"/>
          <w:sz w:val="21"/>
        </w:rPr>
        <w:t>[Tasks or project you handled: what was given, how you did it, tools used, output. Add screenshots, drawings or readings.]</w:t>
      </w:r>
    </w:p>
    <w:p>
      <w:r>
        <w:t>Write here.</w:t>
      </w:r>
    </w:p>
    <w:p>
      <w:r>
        <w:br w:type="page"/>
      </w:r>
    </w:p>
    <w:p>
      <w:pPr>
        <w:pStyle w:val="Heading1"/>
      </w:pPr>
      <w:r>
        <w:t>CHAPTER 8: SPECIAL OR CHALLENGING EXPERIENCES</w:t>
      </w:r>
    </w:p>
    <w:p>
      <w:r>
        <w:rPr>
          <w:i/>
          <w:color w:val="5B6980"/>
          <w:sz w:val="21"/>
        </w:rPr>
        <w:t>[A problem you faced and what you learnt from it.]</w:t>
      </w:r>
    </w:p>
    <w:p>
      <w:r>
        <w:t>Write here.</w:t>
      </w:r>
    </w:p>
    <w:p>
      <w:r>
        <w:br w:type="page"/>
      </w:r>
    </w:p>
    <w:p>
      <w:pPr>
        <w:pStyle w:val="Heading1"/>
      </w:pPr>
      <w:r>
        <w:t>CONCLUSION</w:t>
      </w:r>
    </w:p>
    <w:p>
      <w:r>
        <w:rPr>
          <w:i/>
          <w:color w:val="5B6980"/>
          <w:sz w:val="21"/>
        </w:rPr>
        <w:t>[What you learnt, skills gained, and how the training relates to your course outcomes.]</w:t>
      </w:r>
    </w:p>
    <w:p>
      <w:pPr>
        <w:pStyle w:val="Heading1"/>
      </w:pPr>
      <w:r>
        <w:t>REFERENCES</w:t>
      </w:r>
    </w:p>
    <w:p>
      <w:r>
        <w:rPr>
          <w:i/>
          <w:color w:val="5B6980"/>
          <w:sz w:val="21"/>
        </w:rPr>
        <w:t>[Company documents, manuals, websites and standards you referred to.]</w:t>
      </w:r>
    </w:p>
    <w:p>
      <w:r>
        <w:br w:type="page"/>
      </w:r>
    </w:p>
    <w:p>
      <w:pPr>
        <w:pStyle w:val="Heading1"/>
      </w:pPr>
      <w:r>
        <w:t>ANNEXURE A: DAILY DIARY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c>
          <w:tcPr>
            <w:tcW w:type="dxa" w:w="1296"/>
          </w:tcPr>
          <w:p>
            <w:r/>
            <w:r>
              <w:rPr>
                <w:b/>
                <w:sz w:val="22"/>
              </w:rPr>
              <w:t>Date / Day</w:t>
            </w:r>
          </w:p>
        </w:tc>
        <w:tc>
          <w:tcPr>
            <w:tcW w:type="dxa" w:w="1296"/>
          </w:tcPr>
          <w:p>
            <w:r/>
            <w:r>
              <w:rPr>
                <w:b/>
                <w:sz w:val="22"/>
              </w:rPr>
              <w:t>Section</w:t>
            </w:r>
          </w:p>
        </w:tc>
        <w:tc>
          <w:tcPr>
            <w:tcW w:type="dxa" w:w="2880"/>
          </w:tcPr>
          <w:p>
            <w:r/>
            <w:r>
              <w:rPr>
                <w:b/>
                <w:sz w:val="22"/>
              </w:rPr>
              <w:t>Work done / observed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22"/>
              </w:rPr>
              <w:t>Learning</w:t>
            </w:r>
          </w:p>
        </w:tc>
        <w:tc>
          <w:tcPr>
            <w:tcW w:type="dxa" w:w="1296"/>
          </w:tcPr>
          <w:p>
            <w:r/>
            <w:r>
              <w:rPr>
                <w:b/>
                <w:sz w:val="22"/>
              </w:rPr>
              <w:t>Supervisor remark</w:t>
            </w:r>
          </w:p>
        </w:tc>
      </w:tr>
      <w:tr>
        <w:tc>
          <w:tcPr>
            <w:tcW w:type="dxa" w:w="1296"/>
          </w:tcPr>
          <w:p>
            <w:r>
              <w:rPr>
                <w:sz w:val="22"/>
              </w:rPr>
            </w:r>
          </w:p>
        </w:tc>
        <w:tc>
          <w:tcPr>
            <w:tcW w:type="dxa" w:w="1296"/>
          </w:tcPr>
          <w:p>
            <w:r>
              <w:rPr>
                <w:sz w:val="22"/>
              </w:rPr>
            </w:r>
          </w:p>
        </w:tc>
        <w:tc>
          <w:tcPr>
            <w:tcW w:type="dxa" w:w="2880"/>
          </w:tcPr>
          <w:p>
            <w:r>
              <w:rPr>
                <w:sz w:val="22"/>
              </w:rPr>
            </w:r>
          </w:p>
        </w:tc>
        <w:tc>
          <w:tcPr>
            <w:tcW w:type="dxa" w:w="1728"/>
          </w:tcPr>
          <w:p>
            <w:r>
              <w:rPr>
                <w:sz w:val="22"/>
              </w:rPr>
            </w:r>
          </w:p>
        </w:tc>
        <w:tc>
          <w:tcPr>
            <w:tcW w:type="dxa" w:w="1296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1296"/>
          </w:tcPr>
          <w:p>
            <w:r>
              <w:rPr>
                <w:sz w:val="22"/>
              </w:rPr>
            </w:r>
          </w:p>
        </w:tc>
        <w:tc>
          <w:tcPr>
            <w:tcW w:type="dxa" w:w="1296"/>
          </w:tcPr>
          <w:p>
            <w:r>
              <w:rPr>
                <w:sz w:val="22"/>
              </w:rPr>
            </w:r>
          </w:p>
        </w:tc>
        <w:tc>
          <w:tcPr>
            <w:tcW w:type="dxa" w:w="2880"/>
          </w:tcPr>
          <w:p>
            <w:r>
              <w:rPr>
                <w:sz w:val="22"/>
              </w:rPr>
            </w:r>
          </w:p>
        </w:tc>
        <w:tc>
          <w:tcPr>
            <w:tcW w:type="dxa" w:w="1728"/>
          </w:tcPr>
          <w:p>
            <w:r>
              <w:rPr>
                <w:sz w:val="22"/>
              </w:rPr>
            </w:r>
          </w:p>
        </w:tc>
        <w:tc>
          <w:tcPr>
            <w:tcW w:type="dxa" w:w="1296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1296"/>
          </w:tcPr>
          <w:p>
            <w:r>
              <w:rPr>
                <w:sz w:val="22"/>
              </w:rPr>
            </w:r>
          </w:p>
        </w:tc>
        <w:tc>
          <w:tcPr>
            <w:tcW w:type="dxa" w:w="1296"/>
          </w:tcPr>
          <w:p>
            <w:r>
              <w:rPr>
                <w:sz w:val="22"/>
              </w:rPr>
            </w:r>
          </w:p>
        </w:tc>
        <w:tc>
          <w:tcPr>
            <w:tcW w:type="dxa" w:w="2880"/>
          </w:tcPr>
          <w:p>
            <w:r>
              <w:rPr>
                <w:sz w:val="22"/>
              </w:rPr>
            </w:r>
          </w:p>
        </w:tc>
        <w:tc>
          <w:tcPr>
            <w:tcW w:type="dxa" w:w="1728"/>
          </w:tcPr>
          <w:p>
            <w:r>
              <w:rPr>
                <w:sz w:val="22"/>
              </w:rPr>
            </w:r>
          </w:p>
        </w:tc>
        <w:tc>
          <w:tcPr>
            <w:tcW w:type="dxa" w:w="1296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1296"/>
          </w:tcPr>
          <w:p>
            <w:r>
              <w:rPr>
                <w:sz w:val="22"/>
              </w:rPr>
            </w:r>
          </w:p>
        </w:tc>
        <w:tc>
          <w:tcPr>
            <w:tcW w:type="dxa" w:w="1296"/>
          </w:tcPr>
          <w:p>
            <w:r>
              <w:rPr>
                <w:sz w:val="22"/>
              </w:rPr>
            </w:r>
          </w:p>
        </w:tc>
        <w:tc>
          <w:tcPr>
            <w:tcW w:type="dxa" w:w="2880"/>
          </w:tcPr>
          <w:p>
            <w:r>
              <w:rPr>
                <w:sz w:val="22"/>
              </w:rPr>
            </w:r>
          </w:p>
        </w:tc>
        <w:tc>
          <w:tcPr>
            <w:tcW w:type="dxa" w:w="1728"/>
          </w:tcPr>
          <w:p>
            <w:r>
              <w:rPr>
                <w:sz w:val="22"/>
              </w:rPr>
            </w:r>
          </w:p>
        </w:tc>
        <w:tc>
          <w:tcPr>
            <w:tcW w:type="dxa" w:w="1296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1296"/>
          </w:tcPr>
          <w:p>
            <w:r>
              <w:rPr>
                <w:sz w:val="22"/>
              </w:rPr>
            </w:r>
          </w:p>
        </w:tc>
        <w:tc>
          <w:tcPr>
            <w:tcW w:type="dxa" w:w="1296"/>
          </w:tcPr>
          <w:p>
            <w:r>
              <w:rPr>
                <w:sz w:val="22"/>
              </w:rPr>
            </w:r>
          </w:p>
        </w:tc>
        <w:tc>
          <w:tcPr>
            <w:tcW w:type="dxa" w:w="2880"/>
          </w:tcPr>
          <w:p>
            <w:r>
              <w:rPr>
                <w:sz w:val="22"/>
              </w:rPr>
            </w:r>
          </w:p>
        </w:tc>
        <w:tc>
          <w:tcPr>
            <w:tcW w:type="dxa" w:w="1728"/>
          </w:tcPr>
          <w:p>
            <w:r>
              <w:rPr>
                <w:sz w:val="22"/>
              </w:rPr>
            </w:r>
          </w:p>
        </w:tc>
        <w:tc>
          <w:tcPr>
            <w:tcW w:type="dxa" w:w="1296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1296"/>
          </w:tcPr>
          <w:p>
            <w:r>
              <w:rPr>
                <w:sz w:val="22"/>
              </w:rPr>
            </w:r>
          </w:p>
        </w:tc>
        <w:tc>
          <w:tcPr>
            <w:tcW w:type="dxa" w:w="1296"/>
          </w:tcPr>
          <w:p>
            <w:r>
              <w:rPr>
                <w:sz w:val="22"/>
              </w:rPr>
            </w:r>
          </w:p>
        </w:tc>
        <w:tc>
          <w:tcPr>
            <w:tcW w:type="dxa" w:w="2880"/>
          </w:tcPr>
          <w:p>
            <w:r>
              <w:rPr>
                <w:sz w:val="22"/>
              </w:rPr>
            </w:r>
          </w:p>
        </w:tc>
        <w:tc>
          <w:tcPr>
            <w:tcW w:type="dxa" w:w="1728"/>
          </w:tcPr>
          <w:p>
            <w:r>
              <w:rPr>
                <w:sz w:val="22"/>
              </w:rPr>
            </w:r>
          </w:p>
        </w:tc>
        <w:tc>
          <w:tcPr>
            <w:tcW w:type="dxa" w:w="1296"/>
          </w:tcPr>
          <w:p>
            <w:r>
              <w:rPr>
                <w:sz w:val="22"/>
              </w:rPr>
            </w:r>
          </w:p>
        </w:tc>
      </w:tr>
    </w:tbl>
    <w:p/>
    <w:p>
      <w:r>
        <w:rPr>
          <w:i/>
          <w:color w:val="5B6980"/>
          <w:sz w:val="21"/>
        </w:rPr>
        <w:t>[Copy this table for each week. Fill it the same evening; get it signed at least once a week.]</w:t>
      </w:r>
    </w:p>
    <w:p>
      <w:pPr>
        <w:pStyle w:val="Heading1"/>
      </w:pPr>
      <w:r>
        <w:t>ANNEXURE B: WEEKLY REPORT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4"/>
        <w:gridCol w:w="4154"/>
      </w:tblGrid>
      <w:tr>
        <w:tc>
          <w:tcPr>
            <w:tcW w:type="dxa" w:w="3168"/>
          </w:tcPr>
          <w:p>
            <w:r/>
            <w:r>
              <w:rPr>
                <w:b/>
                <w:sz w:val="22"/>
              </w:rPr>
              <w:t>Item</w:t>
            </w:r>
          </w:p>
        </w:tc>
        <w:tc>
          <w:tcPr>
            <w:tcW w:type="dxa" w:w="5184"/>
          </w:tcPr>
          <w:p>
            <w:r/>
            <w:r>
              <w:rPr>
                <w:b/>
                <w:sz w:val="22"/>
              </w:rPr>
              <w:t>Details</w:t>
            </w:r>
          </w:p>
        </w:tc>
      </w:tr>
      <w:tr>
        <w:tc>
          <w:tcPr>
            <w:tcW w:type="dxa" w:w="3168"/>
          </w:tcPr>
          <w:p>
            <w:r>
              <w:rPr>
                <w:sz w:val="22"/>
              </w:rPr>
              <w:t>Week number and dates</w:t>
            </w:r>
          </w:p>
        </w:tc>
        <w:tc>
          <w:tcPr>
            <w:tcW w:type="dxa" w:w="5184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3168"/>
          </w:tcPr>
          <w:p>
            <w:r>
              <w:rPr>
                <w:sz w:val="22"/>
              </w:rPr>
              <w:t>Department / project</w:t>
            </w:r>
          </w:p>
        </w:tc>
        <w:tc>
          <w:tcPr>
            <w:tcW w:type="dxa" w:w="5184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3168"/>
          </w:tcPr>
          <w:p>
            <w:r>
              <w:rPr>
                <w:sz w:val="22"/>
              </w:rPr>
              <w:t>Summary of work done</w:t>
            </w:r>
          </w:p>
        </w:tc>
        <w:tc>
          <w:tcPr>
            <w:tcW w:type="dxa" w:w="5184"/>
          </w:tcPr>
          <w:p>
            <w:r>
              <w:rPr>
                <w:sz w:val="22"/>
              </w:rPr>
              <w:br/>
              <w:br/>
            </w:r>
          </w:p>
        </w:tc>
      </w:tr>
      <w:tr>
        <w:tc>
          <w:tcPr>
            <w:tcW w:type="dxa" w:w="3168"/>
          </w:tcPr>
          <w:p>
            <w:r>
              <w:rPr>
                <w:sz w:val="22"/>
              </w:rPr>
              <w:t>Skills or concepts learnt</w:t>
            </w:r>
          </w:p>
        </w:tc>
        <w:tc>
          <w:tcPr>
            <w:tcW w:type="dxa" w:w="5184"/>
          </w:tcPr>
          <w:p>
            <w:r>
              <w:rPr>
                <w:sz w:val="22"/>
              </w:rPr>
              <w:br/>
            </w:r>
          </w:p>
        </w:tc>
      </w:tr>
      <w:tr>
        <w:tc>
          <w:tcPr>
            <w:tcW w:type="dxa" w:w="3168"/>
          </w:tcPr>
          <w:p>
            <w:r>
              <w:rPr>
                <w:sz w:val="22"/>
              </w:rPr>
              <w:t>Difficulties and how they were resolved</w:t>
            </w:r>
          </w:p>
        </w:tc>
        <w:tc>
          <w:tcPr>
            <w:tcW w:type="dxa" w:w="5184"/>
          </w:tcPr>
          <w:p>
            <w:r>
              <w:rPr>
                <w:sz w:val="22"/>
              </w:rPr>
              <w:br/>
            </w:r>
          </w:p>
        </w:tc>
      </w:tr>
      <w:tr>
        <w:tc>
          <w:tcPr>
            <w:tcW w:type="dxa" w:w="3168"/>
          </w:tcPr>
          <w:p>
            <w:r>
              <w:rPr>
                <w:sz w:val="22"/>
              </w:rPr>
              <w:t>Plan for next week</w:t>
            </w:r>
          </w:p>
        </w:tc>
        <w:tc>
          <w:tcPr>
            <w:tcW w:type="dxa" w:w="5184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3168"/>
          </w:tcPr>
          <w:p>
            <w:r>
              <w:rPr>
                <w:sz w:val="22"/>
              </w:rPr>
              <w:t>Industry supervisor: remark, signature, stamp</w:t>
            </w:r>
          </w:p>
        </w:tc>
        <w:tc>
          <w:tcPr>
            <w:tcW w:type="dxa" w:w="5184"/>
          </w:tcPr>
          <w:p>
            <w:r>
              <w:rPr>
                <w:sz w:val="22"/>
              </w:rPr>
              <w:br/>
            </w:r>
          </w:p>
        </w:tc>
      </w:tr>
      <w:tr>
        <w:tc>
          <w:tcPr>
            <w:tcW w:type="dxa" w:w="3168"/>
          </w:tcPr>
          <w:p>
            <w:r>
              <w:rPr>
                <w:sz w:val="22"/>
              </w:rPr>
              <w:t>Institute mentor: remark, signature</w:t>
            </w:r>
          </w:p>
        </w:tc>
        <w:tc>
          <w:tcPr>
            <w:tcW w:type="dxa" w:w="5184"/>
          </w:tcPr>
          <w:p>
            <w:r>
              <w:rPr>
                <w:sz w:val="22"/>
              </w:rPr>
              <w:br/>
            </w:r>
          </w:p>
        </w:tc>
      </w:tr>
    </w:tbl>
    <w:p/>
    <w:sectPr w:rsidR="00FC693F" w:rsidRPr="0006063C" w:rsidSect="00034616">
      <w:footerReference w:type="default" r:id="rId9"/>
      <w:pgSz w:w="11909" w:h="16834"/>
      <w:pgMar w:top="1440" w:right="144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6980"/>
        <w:sz w:val="16"/>
      </w:rPr>
      <w:t>Template from projectbuddyy.in. Replace this footer with page numbers before printing.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